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767E1" w14:textId="77777777" w:rsidR="00D82315" w:rsidRPr="00711AA1" w:rsidRDefault="00000000" w:rsidP="00711AA1">
      <w:pPr>
        <w:spacing w:after="0"/>
        <w:jc w:val="center"/>
        <w:rPr>
          <w:rFonts w:cs="Times New Roman"/>
          <w:szCs w:val="24"/>
          <w:lang w:val="lv-LV"/>
        </w:rPr>
      </w:pPr>
      <w:r w:rsidRPr="00711AA1">
        <w:rPr>
          <w:rFonts w:cs="Times New Roman"/>
          <w:b/>
          <w:szCs w:val="24"/>
          <w:lang w:val="lv-LV"/>
        </w:rPr>
        <w:t>VĒRĒMU PAGASTA IEDZĪVOTĀJU SAPULCES PROTOKOLS</w:t>
      </w:r>
    </w:p>
    <w:p w14:paraId="41A8CB20" w14:textId="20DB84FC" w:rsidR="00D82315" w:rsidRPr="00711AA1" w:rsidRDefault="00000000" w:rsidP="00185E1E">
      <w:pPr>
        <w:spacing w:after="0"/>
        <w:jc w:val="center"/>
        <w:rPr>
          <w:rFonts w:cs="Times New Roman"/>
          <w:szCs w:val="24"/>
          <w:lang w:val="lv-LV"/>
        </w:rPr>
      </w:pPr>
      <w:r w:rsidRPr="00711AA1">
        <w:rPr>
          <w:rFonts w:cs="Times New Roman"/>
          <w:b/>
          <w:szCs w:val="24"/>
          <w:lang w:val="lv-LV"/>
        </w:rPr>
        <w:t xml:space="preserve">Nr. </w:t>
      </w:r>
      <w:r w:rsidR="000318E6">
        <w:rPr>
          <w:rFonts w:cs="Times New Roman"/>
          <w:b/>
          <w:szCs w:val="24"/>
          <w:lang w:val="lv-LV"/>
        </w:rPr>
        <w:t>3</w:t>
      </w:r>
    </w:p>
    <w:p w14:paraId="038560CC" w14:textId="77777777" w:rsidR="00D82315" w:rsidRPr="00711AA1" w:rsidRDefault="00000000" w:rsidP="00185E1E">
      <w:pPr>
        <w:spacing w:after="0"/>
        <w:rPr>
          <w:rFonts w:cs="Times New Roman"/>
          <w:szCs w:val="24"/>
          <w:lang w:val="lv-LV"/>
        </w:rPr>
      </w:pPr>
      <w:r w:rsidRPr="00711AA1">
        <w:rPr>
          <w:rFonts w:cs="Times New Roman"/>
          <w:szCs w:val="24"/>
          <w:lang w:val="lv-LV"/>
        </w:rPr>
        <w:t>2026. gada 24. septembrī, Vērēmu pagasta bibliotēkā, Centra ielā 3C</w:t>
      </w:r>
    </w:p>
    <w:p w14:paraId="2EDF213E" w14:textId="77777777" w:rsidR="00D82315" w:rsidRPr="00711AA1" w:rsidRDefault="00000000" w:rsidP="00185E1E">
      <w:pPr>
        <w:rPr>
          <w:rFonts w:cs="Times New Roman"/>
          <w:szCs w:val="24"/>
          <w:lang w:val="lv-LV"/>
        </w:rPr>
      </w:pPr>
      <w:r w:rsidRPr="00711AA1">
        <w:rPr>
          <w:rFonts w:cs="Times New Roman"/>
          <w:szCs w:val="24"/>
          <w:lang w:val="lv-LV"/>
        </w:rPr>
        <w:t>Sapulci atklāj plkst. 18.00</w:t>
      </w:r>
    </w:p>
    <w:p w14:paraId="40988444" w14:textId="77777777" w:rsidR="00264C6C" w:rsidRPr="00711AA1" w:rsidRDefault="00264C6C" w:rsidP="00264C6C">
      <w:pPr>
        <w:spacing w:after="0"/>
        <w:rPr>
          <w:rFonts w:cs="Times New Roman"/>
          <w:b/>
          <w:bCs/>
          <w:szCs w:val="24"/>
          <w:lang w:val="lv-LV"/>
        </w:rPr>
      </w:pPr>
      <w:r w:rsidRPr="00711AA1">
        <w:rPr>
          <w:rFonts w:cs="Times New Roman"/>
          <w:b/>
          <w:bCs/>
          <w:szCs w:val="24"/>
          <w:lang w:val="lv-LV"/>
        </w:rPr>
        <w:t>Piedalās:</w:t>
      </w:r>
    </w:p>
    <w:p w14:paraId="361709DB" w14:textId="77777777" w:rsidR="00264C6C" w:rsidRPr="00711AA1" w:rsidRDefault="00264C6C" w:rsidP="00264C6C">
      <w:pPr>
        <w:spacing w:after="0"/>
        <w:rPr>
          <w:rFonts w:cs="Times New Roman"/>
          <w:szCs w:val="24"/>
          <w:lang w:val="lv-LV"/>
        </w:rPr>
      </w:pPr>
      <w:r w:rsidRPr="00711AA1">
        <w:rPr>
          <w:rFonts w:cs="Times New Roman"/>
          <w:szCs w:val="24"/>
          <w:lang w:val="lv-LV"/>
        </w:rPr>
        <w:t xml:space="preserve">Vita Arbidāne, </w:t>
      </w:r>
    </w:p>
    <w:p w14:paraId="2CE1F8A4" w14:textId="77777777" w:rsidR="00264C6C" w:rsidRPr="00711AA1" w:rsidRDefault="00264C6C" w:rsidP="00264C6C">
      <w:pPr>
        <w:spacing w:after="0"/>
        <w:rPr>
          <w:rFonts w:cs="Times New Roman"/>
          <w:szCs w:val="24"/>
          <w:lang w:val="lv-LV"/>
        </w:rPr>
      </w:pPr>
      <w:r w:rsidRPr="00711AA1">
        <w:rPr>
          <w:rFonts w:cs="Times New Roman"/>
          <w:szCs w:val="24"/>
          <w:lang w:val="lv-LV"/>
        </w:rPr>
        <w:t xml:space="preserve">Aelita Pliskovska, </w:t>
      </w:r>
    </w:p>
    <w:p w14:paraId="740C7C7F" w14:textId="77777777" w:rsidR="00264C6C" w:rsidRPr="00711AA1" w:rsidRDefault="00264C6C" w:rsidP="00264C6C">
      <w:pPr>
        <w:spacing w:after="0"/>
        <w:rPr>
          <w:rFonts w:cs="Times New Roman"/>
          <w:szCs w:val="24"/>
          <w:lang w:val="lv-LV"/>
        </w:rPr>
      </w:pPr>
      <w:r w:rsidRPr="00711AA1">
        <w:rPr>
          <w:rFonts w:cs="Times New Roman"/>
          <w:szCs w:val="24"/>
          <w:lang w:val="lv-LV"/>
        </w:rPr>
        <w:t xml:space="preserve">Daiga Utāne, </w:t>
      </w:r>
    </w:p>
    <w:p w14:paraId="1E111AEF" w14:textId="77777777" w:rsidR="00264C6C" w:rsidRPr="00711AA1" w:rsidRDefault="00264C6C" w:rsidP="00264C6C">
      <w:pPr>
        <w:spacing w:after="0"/>
        <w:rPr>
          <w:rFonts w:cs="Times New Roman"/>
          <w:szCs w:val="24"/>
          <w:lang w:val="lv-LV"/>
        </w:rPr>
      </w:pPr>
      <w:r w:rsidRPr="00711AA1">
        <w:rPr>
          <w:rFonts w:cs="Times New Roman"/>
          <w:szCs w:val="24"/>
          <w:lang w:val="lv-LV"/>
        </w:rPr>
        <w:t xml:space="preserve">Jānis Vilciņš, </w:t>
      </w:r>
    </w:p>
    <w:p w14:paraId="114313FA" w14:textId="3204310C" w:rsidR="00264C6C" w:rsidRPr="00711AA1" w:rsidRDefault="00264C6C" w:rsidP="00264C6C">
      <w:pPr>
        <w:spacing w:after="0"/>
        <w:rPr>
          <w:rFonts w:cs="Times New Roman"/>
          <w:szCs w:val="24"/>
          <w:lang w:val="lv-LV"/>
        </w:rPr>
      </w:pPr>
      <w:r w:rsidRPr="00711AA1">
        <w:rPr>
          <w:rFonts w:cs="Times New Roman"/>
          <w:szCs w:val="24"/>
          <w:lang w:val="lv-LV"/>
        </w:rPr>
        <w:t>Sandra Romāne</w:t>
      </w:r>
      <w:r w:rsidRPr="00711AA1">
        <w:rPr>
          <w:rFonts w:cs="Times New Roman"/>
          <w:szCs w:val="24"/>
          <w:lang w:val="lv-LV"/>
        </w:rPr>
        <w:t>.</w:t>
      </w:r>
    </w:p>
    <w:p w14:paraId="2C9D9509" w14:textId="05BC3D26" w:rsidR="00264C6C" w:rsidRPr="00711AA1" w:rsidRDefault="00264C6C" w:rsidP="00185E1E">
      <w:pPr>
        <w:spacing w:after="0"/>
        <w:rPr>
          <w:rFonts w:cs="Times New Roman"/>
          <w:szCs w:val="24"/>
          <w:lang w:val="lv-LV"/>
        </w:rPr>
      </w:pPr>
      <w:r w:rsidRPr="00711AA1">
        <w:rPr>
          <w:rFonts w:cs="Times New Roman"/>
          <w:b/>
          <w:bCs/>
          <w:szCs w:val="24"/>
          <w:lang w:val="lv-LV"/>
        </w:rPr>
        <w:t>Nepiedalās:</w:t>
      </w:r>
      <w:r w:rsidRPr="00711AA1">
        <w:rPr>
          <w:rFonts w:cs="Times New Roman"/>
          <w:szCs w:val="24"/>
          <w:lang w:val="lv-LV"/>
        </w:rPr>
        <w:t xml:space="preserve"> Guntars Ivanovs</w:t>
      </w:r>
      <w:r w:rsidRPr="00711AA1">
        <w:rPr>
          <w:rFonts w:cs="Times New Roman"/>
          <w:szCs w:val="24"/>
          <w:lang w:val="lv-LV"/>
        </w:rPr>
        <w:t>,</w:t>
      </w:r>
      <w:r w:rsidRPr="00711AA1">
        <w:rPr>
          <w:rFonts w:cs="Times New Roman"/>
          <w:szCs w:val="24"/>
          <w:lang w:val="lv-LV"/>
        </w:rPr>
        <w:t xml:space="preserve"> Jāzeps Lavrentjevs. </w:t>
      </w:r>
    </w:p>
    <w:p w14:paraId="346B4367" w14:textId="77777777" w:rsidR="00264C6C" w:rsidRPr="00711AA1" w:rsidRDefault="00264C6C" w:rsidP="00185E1E">
      <w:pPr>
        <w:spacing w:after="0"/>
        <w:rPr>
          <w:rFonts w:cs="Times New Roman"/>
          <w:b/>
          <w:bCs/>
          <w:szCs w:val="24"/>
          <w:lang w:val="lv-LV"/>
        </w:rPr>
      </w:pPr>
      <w:r w:rsidRPr="00711AA1">
        <w:rPr>
          <w:rFonts w:cs="Times New Roman"/>
          <w:b/>
          <w:bCs/>
          <w:szCs w:val="24"/>
          <w:lang w:val="lv-LV"/>
        </w:rPr>
        <w:t xml:space="preserve">Sēdi vada: </w:t>
      </w:r>
      <w:r w:rsidRPr="00711AA1">
        <w:rPr>
          <w:rFonts w:cs="Times New Roman"/>
          <w:szCs w:val="24"/>
          <w:lang w:val="lv-LV"/>
        </w:rPr>
        <w:t>Vita Arbidāne</w:t>
      </w:r>
    </w:p>
    <w:p w14:paraId="5C54C04C" w14:textId="26F39644" w:rsidR="00D82315" w:rsidRPr="00711AA1" w:rsidRDefault="00264C6C" w:rsidP="00264C6C">
      <w:pPr>
        <w:rPr>
          <w:rFonts w:cs="Times New Roman"/>
          <w:szCs w:val="24"/>
          <w:lang w:val="lv-LV"/>
        </w:rPr>
      </w:pPr>
      <w:r w:rsidRPr="00711AA1">
        <w:rPr>
          <w:rFonts w:cs="Times New Roman"/>
          <w:b/>
          <w:bCs/>
          <w:szCs w:val="24"/>
          <w:lang w:val="lv-LV"/>
        </w:rPr>
        <w:t>Protokolē:</w:t>
      </w:r>
      <w:r w:rsidRPr="00711AA1">
        <w:rPr>
          <w:rFonts w:cs="Times New Roman"/>
          <w:szCs w:val="24"/>
          <w:lang w:val="lv-LV"/>
        </w:rPr>
        <w:t xml:space="preserve"> Daiga Utāne</w:t>
      </w:r>
    </w:p>
    <w:p w14:paraId="6631E77C" w14:textId="77777777" w:rsidR="00D82315" w:rsidRPr="00711AA1" w:rsidRDefault="00000000">
      <w:pPr>
        <w:spacing w:after="120"/>
        <w:rPr>
          <w:rFonts w:cs="Times New Roman"/>
          <w:szCs w:val="24"/>
          <w:lang w:val="lv-LV"/>
        </w:rPr>
      </w:pPr>
      <w:r w:rsidRPr="00711AA1">
        <w:rPr>
          <w:rFonts w:cs="Times New Roman"/>
          <w:b/>
          <w:szCs w:val="24"/>
          <w:lang w:val="lv-LV"/>
        </w:rPr>
        <w:t>Darba kārtība</w:t>
      </w:r>
    </w:p>
    <w:p w14:paraId="238A6B59" w14:textId="199669E0" w:rsidR="00D82315" w:rsidRPr="00711AA1" w:rsidRDefault="00000000" w:rsidP="00264C6C">
      <w:pPr>
        <w:pStyle w:val="ListParagraph"/>
        <w:numPr>
          <w:ilvl w:val="0"/>
          <w:numId w:val="11"/>
        </w:numPr>
        <w:spacing w:after="60"/>
        <w:rPr>
          <w:rFonts w:cs="Times New Roman"/>
          <w:szCs w:val="24"/>
          <w:lang w:val="lv-LV"/>
        </w:rPr>
      </w:pPr>
      <w:r w:rsidRPr="00711AA1">
        <w:rPr>
          <w:rFonts w:cs="Times New Roman"/>
          <w:szCs w:val="24"/>
          <w:lang w:val="lv-LV"/>
        </w:rPr>
        <w:t>Iedzīvotāju padomes paveiktais pirmajos divos darba mēnešos.</w:t>
      </w:r>
    </w:p>
    <w:p w14:paraId="1FBE6504" w14:textId="6C239B48" w:rsidR="00264C6C" w:rsidRPr="00711AA1" w:rsidRDefault="00264C6C" w:rsidP="00264C6C">
      <w:pPr>
        <w:pStyle w:val="ListParagraph"/>
        <w:numPr>
          <w:ilvl w:val="0"/>
          <w:numId w:val="11"/>
        </w:numPr>
        <w:spacing w:after="60"/>
        <w:rPr>
          <w:rFonts w:cs="Times New Roman"/>
          <w:szCs w:val="24"/>
          <w:lang w:val="lv-LV"/>
        </w:rPr>
      </w:pPr>
      <w:r w:rsidRPr="00711AA1">
        <w:rPr>
          <w:rFonts w:cs="Times New Roman"/>
          <w:szCs w:val="24"/>
          <w:lang w:val="lv-LV"/>
        </w:rPr>
        <w:t>Sporta telpas Sondoros/Šķeņevā izmantošana.</w:t>
      </w:r>
    </w:p>
    <w:p w14:paraId="1044ED02" w14:textId="663612E8" w:rsidR="00D82315" w:rsidRPr="00711AA1" w:rsidRDefault="00000000" w:rsidP="00264C6C">
      <w:pPr>
        <w:pStyle w:val="ListParagraph"/>
        <w:numPr>
          <w:ilvl w:val="0"/>
          <w:numId w:val="11"/>
        </w:numPr>
        <w:spacing w:after="60"/>
        <w:rPr>
          <w:rFonts w:cs="Times New Roman"/>
          <w:szCs w:val="24"/>
          <w:lang w:val="lv-LV"/>
        </w:rPr>
      </w:pPr>
      <w:r w:rsidRPr="00711AA1">
        <w:rPr>
          <w:rFonts w:cs="Times New Roman"/>
          <w:szCs w:val="24"/>
          <w:lang w:val="lv-LV"/>
        </w:rPr>
        <w:t>Rudens talkas organizēšana gar Svilpīnes upi Šķēnevas ezera virzienā.</w:t>
      </w:r>
    </w:p>
    <w:p w14:paraId="3F4517A1" w14:textId="5A959BDC" w:rsidR="00D82315" w:rsidRPr="00711AA1" w:rsidRDefault="00000000" w:rsidP="00264C6C">
      <w:pPr>
        <w:pStyle w:val="ListParagraph"/>
        <w:numPr>
          <w:ilvl w:val="0"/>
          <w:numId w:val="11"/>
        </w:numPr>
        <w:spacing w:after="60"/>
        <w:rPr>
          <w:rFonts w:cs="Times New Roman"/>
          <w:szCs w:val="24"/>
          <w:lang w:val="lv-LV"/>
        </w:rPr>
      </w:pPr>
      <w:r w:rsidRPr="00711AA1">
        <w:rPr>
          <w:rFonts w:cs="Times New Roman"/>
          <w:szCs w:val="24"/>
          <w:lang w:val="lv-LV"/>
        </w:rPr>
        <w:t>Padomes komunikācija ar iedzīvotājiem.</w:t>
      </w:r>
    </w:p>
    <w:p w14:paraId="58A85447" w14:textId="5E9A02F6" w:rsidR="00D82315" w:rsidRPr="00711AA1" w:rsidRDefault="00000000" w:rsidP="00264C6C">
      <w:pPr>
        <w:pStyle w:val="ListParagraph"/>
        <w:numPr>
          <w:ilvl w:val="0"/>
          <w:numId w:val="11"/>
        </w:numPr>
        <w:spacing w:after="60"/>
        <w:rPr>
          <w:rFonts w:cs="Times New Roman"/>
          <w:szCs w:val="24"/>
          <w:lang w:val="lv-LV"/>
        </w:rPr>
      </w:pPr>
      <w:r w:rsidRPr="00711AA1">
        <w:rPr>
          <w:rFonts w:cs="Times New Roman"/>
          <w:szCs w:val="24"/>
          <w:lang w:val="lv-LV"/>
        </w:rPr>
        <w:t>Daudzdzīvokļu māju apsaimniekošanas iespējas.</w:t>
      </w:r>
    </w:p>
    <w:p w14:paraId="4CB60AFF" w14:textId="1F3E6A9E" w:rsidR="00D82315" w:rsidRPr="00711AA1" w:rsidRDefault="00000000" w:rsidP="00264C6C">
      <w:pPr>
        <w:pStyle w:val="ListParagraph"/>
        <w:numPr>
          <w:ilvl w:val="0"/>
          <w:numId w:val="11"/>
        </w:numPr>
        <w:spacing w:after="60"/>
        <w:rPr>
          <w:rFonts w:cs="Times New Roman"/>
          <w:szCs w:val="24"/>
          <w:lang w:val="lv-LV"/>
        </w:rPr>
      </w:pPr>
      <w:r w:rsidRPr="00711AA1">
        <w:rPr>
          <w:rFonts w:cs="Times New Roman"/>
          <w:szCs w:val="24"/>
          <w:lang w:val="lv-LV"/>
        </w:rPr>
        <w:t>Pasākumi Vērēmu pagasta iedzīvotājiem.</w:t>
      </w:r>
    </w:p>
    <w:p w14:paraId="3DC7CFAF" w14:textId="3F235A09" w:rsidR="00264C6C" w:rsidRPr="00711AA1" w:rsidRDefault="00264C6C" w:rsidP="00264C6C">
      <w:pPr>
        <w:pStyle w:val="ListParagraph"/>
        <w:numPr>
          <w:ilvl w:val="0"/>
          <w:numId w:val="11"/>
        </w:numPr>
        <w:spacing w:after="60"/>
        <w:rPr>
          <w:rFonts w:cs="Times New Roman"/>
          <w:szCs w:val="24"/>
          <w:lang w:val="lv-LV"/>
        </w:rPr>
      </w:pPr>
      <w:r w:rsidRPr="00711AA1">
        <w:rPr>
          <w:rFonts w:cs="Times New Roman"/>
          <w:szCs w:val="24"/>
          <w:lang w:val="lv-LV"/>
        </w:rPr>
        <w:t>Iedzīvotāju priekšlikumi un jautājumi</w:t>
      </w:r>
    </w:p>
    <w:p w14:paraId="1A0FE993" w14:textId="2165C209" w:rsidR="00264C6C" w:rsidRPr="00711AA1" w:rsidRDefault="00264C6C" w:rsidP="00711AA1">
      <w:pPr>
        <w:spacing w:after="120"/>
        <w:rPr>
          <w:rFonts w:cs="Times New Roman"/>
          <w:szCs w:val="24"/>
          <w:lang w:val="lv-LV"/>
        </w:rPr>
      </w:pPr>
      <w:r w:rsidRPr="00185E1E">
        <w:rPr>
          <w:rFonts w:cs="Times New Roman"/>
          <w:b/>
          <w:bCs/>
          <w:szCs w:val="24"/>
          <w:lang w:val="lv-LV"/>
        </w:rPr>
        <w:t>Padomes priekšsēdētāja Vita Arbidāne</w:t>
      </w:r>
      <w:r w:rsidRPr="00711AA1">
        <w:rPr>
          <w:rFonts w:cs="Times New Roman"/>
          <w:szCs w:val="24"/>
          <w:lang w:val="lv-LV"/>
        </w:rPr>
        <w:t xml:space="preserve"> atklāj sēdi un piesaka pirmo kārtības jautājumu.</w:t>
      </w:r>
    </w:p>
    <w:p w14:paraId="2A302367" w14:textId="77777777" w:rsidR="00D82315" w:rsidRPr="00711AA1" w:rsidRDefault="00000000" w:rsidP="00711AA1">
      <w:pPr>
        <w:spacing w:after="100"/>
        <w:jc w:val="center"/>
        <w:rPr>
          <w:rFonts w:cs="Times New Roman"/>
          <w:szCs w:val="24"/>
          <w:lang w:val="lv-LV"/>
        </w:rPr>
      </w:pPr>
      <w:r w:rsidRPr="00711AA1">
        <w:rPr>
          <w:rFonts w:cs="Times New Roman"/>
          <w:b/>
          <w:szCs w:val="24"/>
          <w:lang w:val="lv-LV"/>
        </w:rPr>
        <w:t>1. Iedzīvotāju padomes paveiktais pirmajos divos darba mēnešos.</w:t>
      </w:r>
    </w:p>
    <w:p w14:paraId="13CAFD43" w14:textId="70BAAA5D" w:rsidR="00D82315" w:rsidRPr="00711AA1" w:rsidRDefault="00000000" w:rsidP="00711AA1">
      <w:pPr>
        <w:spacing w:after="0"/>
        <w:jc w:val="both"/>
        <w:rPr>
          <w:rFonts w:cs="Times New Roman"/>
          <w:szCs w:val="24"/>
          <w:lang w:val="lv-LV"/>
        </w:rPr>
      </w:pPr>
      <w:r w:rsidRPr="00711AA1">
        <w:rPr>
          <w:rFonts w:cs="Times New Roman"/>
          <w:szCs w:val="24"/>
          <w:lang w:val="lv-LV"/>
        </w:rPr>
        <w:t>Iedzīvotāju padome</w:t>
      </w:r>
      <w:r w:rsidR="00264C6C" w:rsidRPr="00711AA1">
        <w:rPr>
          <w:rFonts w:cs="Times New Roman"/>
          <w:szCs w:val="24"/>
          <w:lang w:val="lv-LV"/>
        </w:rPr>
        <w:t>s sekretāre Daiga Utāne</w:t>
      </w:r>
      <w:r w:rsidRPr="00711AA1">
        <w:rPr>
          <w:rFonts w:cs="Times New Roman"/>
          <w:szCs w:val="24"/>
          <w:lang w:val="lv-LV"/>
        </w:rPr>
        <w:t xml:space="preserve"> informēja sapulces dalībniekus par pirmajos divos darba mēnešos paveikto, uzsākto un vēl risināmo.</w:t>
      </w:r>
    </w:p>
    <w:p w14:paraId="6D62BAD2" w14:textId="77777777" w:rsidR="00D82315" w:rsidRPr="00711AA1" w:rsidRDefault="00000000" w:rsidP="00711AA1">
      <w:pPr>
        <w:spacing w:after="0"/>
        <w:jc w:val="both"/>
        <w:rPr>
          <w:rFonts w:cs="Times New Roman"/>
          <w:szCs w:val="24"/>
          <w:lang w:val="lv-LV"/>
        </w:rPr>
      </w:pPr>
      <w:r w:rsidRPr="00711AA1">
        <w:rPr>
          <w:rFonts w:cs="Times New Roman"/>
          <w:szCs w:val="24"/>
          <w:lang w:val="lv-LV"/>
        </w:rPr>
        <w:t>Informācija sniegta par jautājumiem, kas saistīti ar satiksmes drošību pie Vērēmu skolas, skolēnu autobusa pieturvietas drošību, bērnu rotaļu laukuma elementu pārvietošanu, piknika un atpūtas zonas izveidi pie dīķa, peldvietas iespējām Šķēņevas ezerā, Svilpīnes upītes sakopšanu, iedzīvotāju priekšlikumu un jautājumu kastītes izveidi, kā arī sabiedriskās kārtības un vides sakopšanas jautājumiem.</w:t>
      </w:r>
    </w:p>
    <w:p w14:paraId="7B7A629A" w14:textId="10EAA791" w:rsidR="00D82315" w:rsidRPr="00711AA1" w:rsidRDefault="00000000" w:rsidP="00711AA1">
      <w:pPr>
        <w:spacing w:after="120"/>
        <w:jc w:val="both"/>
        <w:rPr>
          <w:rFonts w:cs="Times New Roman"/>
          <w:szCs w:val="24"/>
          <w:lang w:val="lv-LV"/>
        </w:rPr>
      </w:pPr>
      <w:r w:rsidRPr="00711AA1">
        <w:rPr>
          <w:rFonts w:cs="Times New Roman"/>
          <w:szCs w:val="24"/>
          <w:lang w:val="lv-LV"/>
        </w:rPr>
        <w:t>Padome uzsvēra, ka daļa jautājumu jau ir virzīti atbildīgajām institūcijām, savukārt par citiem jautājumiem turpinās informācijas apkopošana un iespēju izvērtēšana. Iepriekšējās padomes sēdes protokolā noteikts turpināt sekot iesniegto jautājumu risināšanas gaitai.</w:t>
      </w:r>
    </w:p>
    <w:p w14:paraId="4766F4CC" w14:textId="7E7B3288" w:rsidR="006019C5" w:rsidRPr="00711AA1" w:rsidRDefault="006019C5" w:rsidP="00711AA1">
      <w:pPr>
        <w:spacing w:after="100"/>
        <w:jc w:val="center"/>
        <w:rPr>
          <w:rFonts w:cs="Times New Roman"/>
          <w:szCs w:val="24"/>
          <w:lang w:val="lv-LV"/>
        </w:rPr>
      </w:pPr>
      <w:r w:rsidRPr="00711AA1">
        <w:rPr>
          <w:rFonts w:cs="Times New Roman"/>
          <w:b/>
          <w:szCs w:val="24"/>
          <w:lang w:val="lv-LV"/>
        </w:rPr>
        <w:t>2</w:t>
      </w:r>
      <w:r w:rsidRPr="00711AA1">
        <w:rPr>
          <w:rFonts w:cs="Times New Roman"/>
          <w:b/>
          <w:szCs w:val="24"/>
          <w:lang w:val="lv-LV"/>
        </w:rPr>
        <w:t>. Sporta telpas  izmantošana.</w:t>
      </w:r>
    </w:p>
    <w:p w14:paraId="0D7BA9B8" w14:textId="77777777" w:rsidR="00185E1E" w:rsidRPr="00185E1E" w:rsidRDefault="00185E1E" w:rsidP="00185E1E">
      <w:pPr>
        <w:spacing w:after="0"/>
        <w:jc w:val="both"/>
        <w:rPr>
          <w:rFonts w:cs="Times New Roman"/>
          <w:szCs w:val="24"/>
          <w:lang w:val="lv-LV"/>
        </w:rPr>
      </w:pPr>
      <w:r w:rsidRPr="00185E1E">
        <w:rPr>
          <w:rFonts w:cs="Times New Roman"/>
          <w:szCs w:val="24"/>
          <w:lang w:val="lv-LV"/>
        </w:rPr>
        <w:t>Padome informēja, ka, pateicoties pagasta iedzīvotājas jautājumam, tika iniciēta sporta telpas izmantošanas kārtības sakārtošana – noteikts telpas izmantošanas darba laiks un persona, kura nodrošina telpas atslēgšanu.</w:t>
      </w:r>
    </w:p>
    <w:p w14:paraId="53CA017D" w14:textId="190FC816" w:rsidR="006019C5" w:rsidRPr="00711AA1" w:rsidRDefault="006019C5" w:rsidP="00711AA1">
      <w:pPr>
        <w:spacing w:after="0"/>
        <w:jc w:val="both"/>
        <w:rPr>
          <w:rFonts w:cs="Times New Roman"/>
          <w:szCs w:val="24"/>
          <w:lang w:val="lv-LV"/>
        </w:rPr>
      </w:pPr>
      <w:r w:rsidRPr="00711AA1">
        <w:rPr>
          <w:rFonts w:cs="Times New Roman"/>
          <w:szCs w:val="24"/>
          <w:lang w:val="lv-LV"/>
        </w:rPr>
        <w:t>Padome ar iedzīvotājiem</w:t>
      </w:r>
      <w:r w:rsidRPr="00711AA1">
        <w:rPr>
          <w:rFonts w:cs="Times New Roman"/>
          <w:szCs w:val="24"/>
          <w:lang w:val="lv-LV"/>
        </w:rPr>
        <w:t xml:space="preserve"> pārrunāja sporta telpas izmantošanu un nepieciešamību panākt, lai telpa tiktu regulāri un lietderīgi izmantota.</w:t>
      </w:r>
    </w:p>
    <w:p w14:paraId="07A7E7EA" w14:textId="77777777" w:rsidR="006019C5" w:rsidRPr="00711AA1" w:rsidRDefault="006019C5" w:rsidP="00711AA1">
      <w:pPr>
        <w:spacing w:after="0"/>
        <w:jc w:val="both"/>
        <w:rPr>
          <w:rFonts w:cs="Times New Roman"/>
          <w:szCs w:val="24"/>
          <w:lang w:val="lv-LV"/>
        </w:rPr>
      </w:pPr>
      <w:r w:rsidRPr="00711AA1">
        <w:rPr>
          <w:rFonts w:cs="Times New Roman"/>
          <w:szCs w:val="24"/>
          <w:lang w:val="lv-LV"/>
        </w:rPr>
        <w:lastRenderedPageBreak/>
        <w:t>Iedzīvotāji tika aicināti izteikt priekšlikumus par ērtāko telpas darba laiku, interesējošām sporta un citām aktivitātēm, kā arī norādīt šķēršļus, kas pašlaik traucē telpu izmantot.</w:t>
      </w:r>
    </w:p>
    <w:p w14:paraId="4F78A4C5" w14:textId="77777777" w:rsidR="006019C5" w:rsidRPr="00711AA1" w:rsidRDefault="006019C5" w:rsidP="00711AA1">
      <w:pPr>
        <w:spacing w:after="120"/>
        <w:jc w:val="both"/>
        <w:rPr>
          <w:rFonts w:cs="Times New Roman"/>
          <w:szCs w:val="24"/>
          <w:lang w:val="lv-LV"/>
        </w:rPr>
      </w:pPr>
      <w:r w:rsidRPr="00711AA1">
        <w:rPr>
          <w:rFonts w:cs="Times New Roman"/>
          <w:szCs w:val="24"/>
          <w:lang w:val="lv-LV"/>
        </w:rPr>
        <w:t>Padome uzsvēra, ka iedzīvotāju interese un regulāra telpas izmantošana ir būtiska, lai pašvaldības telpai būtu praktisks pielietojums un tā varētu tikt saglabāta kā iespēja vietējai kopienai.</w:t>
      </w:r>
    </w:p>
    <w:p w14:paraId="2952A20A" w14:textId="05AA0670" w:rsidR="006019C5" w:rsidRPr="00711AA1" w:rsidRDefault="006019C5" w:rsidP="00711AA1">
      <w:pPr>
        <w:jc w:val="both"/>
        <w:rPr>
          <w:rFonts w:cs="Times New Roman"/>
          <w:b/>
          <w:bCs/>
          <w:szCs w:val="24"/>
          <w:lang w:val="lv-LV"/>
        </w:rPr>
      </w:pPr>
      <w:r w:rsidRPr="00711AA1">
        <w:rPr>
          <w:rFonts w:cs="Times New Roman"/>
          <w:b/>
          <w:bCs/>
          <w:szCs w:val="24"/>
          <w:lang w:val="lv-LV"/>
        </w:rPr>
        <w:t xml:space="preserve">Balsojums: PAR </w:t>
      </w:r>
      <w:r w:rsidRPr="00711AA1">
        <w:rPr>
          <w:rFonts w:cs="Times New Roman"/>
          <w:b/>
          <w:bCs/>
          <w:szCs w:val="24"/>
          <w:lang w:val="lv-LV"/>
        </w:rPr>
        <w:t>5</w:t>
      </w:r>
      <w:r w:rsidRPr="00711AA1">
        <w:rPr>
          <w:rFonts w:cs="Times New Roman"/>
          <w:b/>
          <w:bCs/>
          <w:szCs w:val="24"/>
          <w:lang w:val="lv-LV"/>
        </w:rPr>
        <w:t xml:space="preserve"> (Vita Arbidāne, Aelita Pliskovska, Daiga Utāne, Jānis Vilciņš, Sandra Romāne) PRET nav, ATTURAS nav. </w:t>
      </w:r>
    </w:p>
    <w:p w14:paraId="6255EC36" w14:textId="77777777" w:rsidR="006019C5" w:rsidRPr="00711AA1" w:rsidRDefault="006019C5" w:rsidP="006019C5">
      <w:pPr>
        <w:spacing w:after="60"/>
        <w:rPr>
          <w:rFonts w:cs="Times New Roman"/>
          <w:szCs w:val="24"/>
          <w:lang w:val="lv-LV"/>
        </w:rPr>
      </w:pPr>
      <w:r w:rsidRPr="00711AA1">
        <w:rPr>
          <w:rFonts w:cs="Times New Roman"/>
          <w:b/>
          <w:szCs w:val="24"/>
          <w:lang w:val="lv-LV"/>
        </w:rPr>
        <w:t>NOLEMJ:</w:t>
      </w:r>
    </w:p>
    <w:p w14:paraId="2A1E292B" w14:textId="38B8373A" w:rsidR="006019C5" w:rsidRPr="00185E1E" w:rsidRDefault="006019C5" w:rsidP="00711AA1">
      <w:pPr>
        <w:spacing w:after="120"/>
        <w:rPr>
          <w:rFonts w:cs="Times New Roman"/>
          <w:i/>
          <w:iCs/>
          <w:szCs w:val="24"/>
          <w:lang w:val="lv-LV"/>
        </w:rPr>
      </w:pPr>
      <w:r w:rsidRPr="00185E1E">
        <w:rPr>
          <w:rFonts w:cs="Times New Roman"/>
          <w:i/>
          <w:iCs/>
          <w:szCs w:val="24"/>
          <w:lang w:val="lv-LV"/>
        </w:rPr>
        <w:t xml:space="preserve">1. </w:t>
      </w:r>
      <w:r w:rsidRPr="00185E1E">
        <w:rPr>
          <w:rFonts w:cs="Times New Roman"/>
          <w:i/>
          <w:iCs/>
          <w:szCs w:val="24"/>
          <w:lang w:val="lv-LV"/>
        </w:rPr>
        <w:t xml:space="preserve">Izvērtēt </w:t>
      </w:r>
      <w:r w:rsidR="00185E1E">
        <w:rPr>
          <w:rFonts w:cs="Times New Roman"/>
          <w:i/>
          <w:iCs/>
          <w:szCs w:val="24"/>
          <w:lang w:val="lv-LV"/>
        </w:rPr>
        <w:t xml:space="preserve">un sniegt priekšlikumu par </w:t>
      </w:r>
      <w:r w:rsidRPr="00185E1E">
        <w:rPr>
          <w:rFonts w:cs="Times New Roman"/>
          <w:i/>
          <w:iCs/>
          <w:szCs w:val="24"/>
          <w:lang w:val="lv-LV"/>
        </w:rPr>
        <w:t>alternatīvu darba laiku un piekļuvi atslēgām.</w:t>
      </w:r>
    </w:p>
    <w:p w14:paraId="2125B378" w14:textId="4ED6DD11" w:rsidR="00D82315" w:rsidRPr="00711AA1" w:rsidRDefault="006019C5" w:rsidP="006019C5">
      <w:pPr>
        <w:spacing w:after="100"/>
        <w:jc w:val="center"/>
        <w:rPr>
          <w:rFonts w:cs="Times New Roman"/>
          <w:szCs w:val="24"/>
          <w:lang w:val="lv-LV"/>
        </w:rPr>
      </w:pPr>
      <w:r w:rsidRPr="00711AA1">
        <w:rPr>
          <w:rFonts w:cs="Times New Roman"/>
          <w:b/>
          <w:szCs w:val="24"/>
          <w:lang w:val="lv-LV"/>
        </w:rPr>
        <w:t xml:space="preserve">3. </w:t>
      </w:r>
      <w:r w:rsidR="00000000" w:rsidRPr="00711AA1">
        <w:rPr>
          <w:rFonts w:cs="Times New Roman"/>
          <w:b/>
          <w:szCs w:val="24"/>
          <w:lang w:val="lv-LV"/>
        </w:rPr>
        <w:t>Rudens talkas organizēšana gar Svilpīnes upi Šķēņevas ezera virzienā.</w:t>
      </w:r>
    </w:p>
    <w:p w14:paraId="3E62D072" w14:textId="77777777" w:rsidR="00D82315" w:rsidRPr="00711AA1" w:rsidRDefault="00000000" w:rsidP="00711AA1">
      <w:pPr>
        <w:spacing w:after="0"/>
        <w:jc w:val="both"/>
        <w:rPr>
          <w:rFonts w:cs="Times New Roman"/>
          <w:szCs w:val="24"/>
          <w:lang w:val="lv-LV"/>
        </w:rPr>
      </w:pPr>
      <w:r w:rsidRPr="00711AA1">
        <w:rPr>
          <w:rFonts w:cs="Times New Roman"/>
          <w:szCs w:val="24"/>
          <w:lang w:val="lv-LV"/>
        </w:rPr>
        <w:t>Padome ierosināja kopīgi ar iedzīvotājiem organizēt rudens talku un sakopt teritoriju gar Svilpīnes upi Šķēņevas ezera virzienā aptuveni 250 metru garā posmā līdz privātīpašumu teritorijām.</w:t>
      </w:r>
    </w:p>
    <w:p w14:paraId="6FE374B0" w14:textId="77777777" w:rsidR="00D82315" w:rsidRPr="00711AA1" w:rsidRDefault="00000000" w:rsidP="00711AA1">
      <w:pPr>
        <w:spacing w:after="0"/>
        <w:jc w:val="both"/>
        <w:rPr>
          <w:rFonts w:cs="Times New Roman"/>
          <w:szCs w:val="24"/>
          <w:lang w:val="lv-LV"/>
        </w:rPr>
      </w:pPr>
      <w:r w:rsidRPr="00711AA1">
        <w:rPr>
          <w:rFonts w:cs="Times New Roman"/>
          <w:szCs w:val="24"/>
          <w:lang w:val="lv-LV"/>
        </w:rPr>
        <w:t>Ar sapulces dalībniekiem pārrunāta nepieciešamība pēc šādas talkas, iespējamais dalībnieku skaits, piemērotākais datums un laiks, kā arī nepieciešamie darbi un inventārs.</w:t>
      </w:r>
    </w:p>
    <w:p w14:paraId="19F3F0CF" w14:textId="77777777" w:rsidR="006019C5" w:rsidRPr="00711AA1" w:rsidRDefault="006019C5" w:rsidP="006019C5">
      <w:pPr>
        <w:rPr>
          <w:rFonts w:cs="Times New Roman"/>
          <w:b/>
          <w:bCs/>
          <w:szCs w:val="24"/>
          <w:lang w:val="lv-LV"/>
        </w:rPr>
      </w:pPr>
      <w:r w:rsidRPr="00711AA1">
        <w:rPr>
          <w:rFonts w:cs="Times New Roman"/>
          <w:b/>
          <w:bCs/>
          <w:szCs w:val="24"/>
          <w:lang w:val="lv-LV"/>
        </w:rPr>
        <w:t xml:space="preserve">Balsojums: PAR 5 (Vita Arbidāne, Aelita Pliskovska, Daiga Utāne, Jānis Vilciņš, Sandra Romāne) PRET nav, ATTURAS nav. </w:t>
      </w:r>
    </w:p>
    <w:p w14:paraId="5E973326" w14:textId="680875E1" w:rsidR="00D82315" w:rsidRPr="00711AA1" w:rsidRDefault="00000000">
      <w:pPr>
        <w:spacing w:after="60"/>
        <w:rPr>
          <w:rFonts w:cs="Times New Roman"/>
          <w:szCs w:val="24"/>
          <w:lang w:val="lv-LV"/>
        </w:rPr>
      </w:pPr>
      <w:r w:rsidRPr="00711AA1">
        <w:rPr>
          <w:rFonts w:cs="Times New Roman"/>
          <w:b/>
          <w:szCs w:val="24"/>
          <w:lang w:val="lv-LV"/>
        </w:rPr>
        <w:t>NOLEMJ:</w:t>
      </w:r>
    </w:p>
    <w:p w14:paraId="15674730" w14:textId="210B30DE" w:rsidR="00D82315" w:rsidRPr="00185E1E" w:rsidRDefault="006019C5" w:rsidP="00711AA1">
      <w:pPr>
        <w:spacing w:after="120"/>
        <w:rPr>
          <w:i/>
          <w:iCs/>
          <w:lang w:val="lv-LV"/>
        </w:rPr>
      </w:pPr>
      <w:r w:rsidRPr="00185E1E">
        <w:rPr>
          <w:rFonts w:cs="Times New Roman"/>
          <w:i/>
          <w:iCs/>
          <w:szCs w:val="24"/>
          <w:lang w:val="lv-LV"/>
        </w:rPr>
        <w:t>1</w:t>
      </w:r>
      <w:r w:rsidR="00000000" w:rsidRPr="00185E1E">
        <w:rPr>
          <w:rFonts w:cs="Times New Roman"/>
          <w:i/>
          <w:iCs/>
          <w:szCs w:val="24"/>
          <w:lang w:val="lv-LV"/>
        </w:rPr>
        <w:t xml:space="preserve">. </w:t>
      </w:r>
      <w:r w:rsidRPr="00185E1E">
        <w:rPr>
          <w:rFonts w:cs="Times New Roman"/>
          <w:i/>
          <w:iCs/>
          <w:szCs w:val="24"/>
          <w:lang w:val="lv-LV"/>
        </w:rPr>
        <w:t xml:space="preserve">Izvērtēt norises datumu atbilstoši laikapstākļiem un </w:t>
      </w:r>
      <w:r w:rsidR="00185E1E" w:rsidRPr="00185E1E">
        <w:rPr>
          <w:i/>
          <w:iCs/>
          <w:lang w:val="lv-LV"/>
        </w:rPr>
        <w:t xml:space="preserve"> publicēt informāciju par talku.</w:t>
      </w:r>
    </w:p>
    <w:p w14:paraId="3622B17D" w14:textId="215E67E1" w:rsidR="00D82315" w:rsidRPr="00711AA1" w:rsidRDefault="00185E1E" w:rsidP="006019C5">
      <w:pPr>
        <w:spacing w:after="100"/>
        <w:jc w:val="center"/>
        <w:rPr>
          <w:rFonts w:cs="Times New Roman"/>
          <w:szCs w:val="24"/>
          <w:lang w:val="lv-LV"/>
        </w:rPr>
      </w:pPr>
      <w:r>
        <w:rPr>
          <w:rFonts w:cs="Times New Roman"/>
          <w:b/>
          <w:szCs w:val="24"/>
          <w:lang w:val="lv-LV"/>
        </w:rPr>
        <w:t>4</w:t>
      </w:r>
      <w:r w:rsidR="00000000" w:rsidRPr="00711AA1">
        <w:rPr>
          <w:rFonts w:cs="Times New Roman"/>
          <w:b/>
          <w:szCs w:val="24"/>
          <w:lang w:val="lv-LV"/>
        </w:rPr>
        <w:t>. Padomes komunikācija ar iedzīvotājiem.</w:t>
      </w:r>
    </w:p>
    <w:p w14:paraId="6BFFD2F6" w14:textId="77777777" w:rsidR="00D82315" w:rsidRPr="00711AA1" w:rsidRDefault="00000000" w:rsidP="00711AA1">
      <w:pPr>
        <w:spacing w:after="0"/>
        <w:jc w:val="both"/>
        <w:rPr>
          <w:rFonts w:cs="Times New Roman"/>
          <w:szCs w:val="24"/>
          <w:lang w:val="lv-LV"/>
        </w:rPr>
      </w:pPr>
      <w:r w:rsidRPr="00711AA1">
        <w:rPr>
          <w:rFonts w:cs="Times New Roman"/>
          <w:szCs w:val="24"/>
          <w:lang w:val="lv-LV"/>
        </w:rPr>
        <w:t>Padome pārrunāja, kā turpmāk visērtāk un ātrāk nodrošināt saziņu starp iedzīvotāju padomi un Vērēmu pagasta iedzīvotājiem.</w:t>
      </w:r>
    </w:p>
    <w:p w14:paraId="504D1D4E" w14:textId="77777777" w:rsidR="00D82315" w:rsidRPr="00711AA1" w:rsidRDefault="00000000" w:rsidP="00711AA1">
      <w:pPr>
        <w:spacing w:after="0"/>
        <w:jc w:val="both"/>
        <w:rPr>
          <w:rFonts w:cs="Times New Roman"/>
          <w:szCs w:val="24"/>
          <w:lang w:val="lv-LV"/>
        </w:rPr>
      </w:pPr>
      <w:r w:rsidRPr="00711AA1">
        <w:rPr>
          <w:rFonts w:cs="Times New Roman"/>
          <w:szCs w:val="24"/>
          <w:lang w:val="lv-LV"/>
        </w:rPr>
        <w:t>Dalībniekiem tika piedāvāts izvērtēt vairākus saziņas veidus: Facebook grupu “Sakārtosim Vērēmus”, WhatsApp grupu vai kopienu, iedzīvotāju priekšlikumu un jautājumu kastīti, informāciju uz ziņojumu dēļiem, kā arī citus iedzīvotāju piedāvātus risinājumus.</w:t>
      </w:r>
    </w:p>
    <w:p w14:paraId="396A0F94" w14:textId="77777777" w:rsidR="00D82315" w:rsidRPr="00711AA1" w:rsidRDefault="00000000" w:rsidP="00711AA1">
      <w:pPr>
        <w:spacing w:after="120"/>
        <w:jc w:val="both"/>
        <w:rPr>
          <w:rFonts w:cs="Times New Roman"/>
          <w:szCs w:val="24"/>
          <w:lang w:val="lv-LV"/>
        </w:rPr>
      </w:pPr>
      <w:r w:rsidRPr="00711AA1">
        <w:rPr>
          <w:rFonts w:cs="Times New Roman"/>
          <w:szCs w:val="24"/>
          <w:lang w:val="lv-LV"/>
        </w:rPr>
        <w:t>Atbilstoši iepriekšējās padomes sēdes lēmumam iedzīvotāju priekšlikumu un jautājumu kastīti paredzēts izvietot pie informatīvā/afišu dēļa, nodrošinot iespēju iesniegt priekšlikumus, jautājumus un informāciju par pagastā konstatētām problēmām.</w:t>
      </w:r>
    </w:p>
    <w:p w14:paraId="5A084571" w14:textId="77777777" w:rsidR="006019C5" w:rsidRPr="00711AA1" w:rsidRDefault="006019C5" w:rsidP="006019C5">
      <w:pPr>
        <w:rPr>
          <w:rFonts w:cs="Times New Roman"/>
          <w:b/>
          <w:bCs/>
          <w:szCs w:val="24"/>
          <w:lang w:val="lv-LV"/>
        </w:rPr>
      </w:pPr>
      <w:r w:rsidRPr="00711AA1">
        <w:rPr>
          <w:rFonts w:cs="Times New Roman"/>
          <w:b/>
          <w:bCs/>
          <w:szCs w:val="24"/>
          <w:lang w:val="lv-LV"/>
        </w:rPr>
        <w:t xml:space="preserve">Balsojums: PAR 5 (Vita Arbidāne, Aelita Pliskovska, Daiga Utāne, Jānis Vilciņš, Sandra Romāne) PRET nav, ATTURAS nav. </w:t>
      </w:r>
    </w:p>
    <w:p w14:paraId="34E47D3A" w14:textId="77777777" w:rsidR="00D82315" w:rsidRPr="00711AA1" w:rsidRDefault="00000000">
      <w:pPr>
        <w:spacing w:after="60"/>
        <w:rPr>
          <w:rFonts w:cs="Times New Roman"/>
          <w:szCs w:val="24"/>
          <w:lang w:val="lv-LV"/>
        </w:rPr>
      </w:pPr>
      <w:r w:rsidRPr="00711AA1">
        <w:rPr>
          <w:rFonts w:cs="Times New Roman"/>
          <w:b/>
          <w:szCs w:val="24"/>
          <w:lang w:val="lv-LV"/>
        </w:rPr>
        <w:t>NOLEMJ:</w:t>
      </w:r>
    </w:p>
    <w:p w14:paraId="2002B9C0" w14:textId="5F4403D6" w:rsidR="00D82315" w:rsidRPr="00185E1E" w:rsidRDefault="006019C5">
      <w:pPr>
        <w:spacing w:after="60"/>
        <w:rPr>
          <w:rFonts w:cs="Times New Roman"/>
          <w:i/>
          <w:iCs/>
          <w:szCs w:val="24"/>
          <w:lang w:val="lv-LV"/>
        </w:rPr>
      </w:pPr>
      <w:r w:rsidRPr="00185E1E">
        <w:rPr>
          <w:rFonts w:cs="Times New Roman"/>
          <w:i/>
          <w:iCs/>
          <w:szCs w:val="24"/>
          <w:lang w:val="lv-LV"/>
        </w:rPr>
        <w:t>1</w:t>
      </w:r>
      <w:r w:rsidR="00000000" w:rsidRPr="00185E1E">
        <w:rPr>
          <w:rFonts w:cs="Times New Roman"/>
          <w:i/>
          <w:iCs/>
          <w:szCs w:val="24"/>
          <w:lang w:val="lv-LV"/>
        </w:rPr>
        <w:t xml:space="preserve">. </w:t>
      </w:r>
      <w:r w:rsidRPr="00185E1E">
        <w:rPr>
          <w:rFonts w:cs="Times New Roman"/>
          <w:i/>
          <w:iCs/>
          <w:szCs w:val="24"/>
          <w:lang w:val="lv-LV"/>
        </w:rPr>
        <w:t>Virzīt priekšlikumu kastītes izvietošanu ciematā.</w:t>
      </w:r>
    </w:p>
    <w:p w14:paraId="239CAFBA" w14:textId="77777777" w:rsidR="00D82315" w:rsidRPr="00711AA1" w:rsidRDefault="00D82315">
      <w:pPr>
        <w:spacing w:after="40"/>
        <w:rPr>
          <w:rFonts w:cs="Times New Roman"/>
          <w:szCs w:val="24"/>
          <w:lang w:val="lv-LV"/>
        </w:rPr>
      </w:pPr>
    </w:p>
    <w:p w14:paraId="4D0E3628" w14:textId="1DBE64FD" w:rsidR="00D82315" w:rsidRPr="00711AA1" w:rsidRDefault="00185E1E" w:rsidP="006019C5">
      <w:pPr>
        <w:spacing w:after="100"/>
        <w:jc w:val="center"/>
        <w:rPr>
          <w:rFonts w:cs="Times New Roman"/>
          <w:szCs w:val="24"/>
          <w:lang w:val="lv-LV"/>
        </w:rPr>
      </w:pPr>
      <w:r>
        <w:rPr>
          <w:rFonts w:cs="Times New Roman"/>
          <w:b/>
          <w:szCs w:val="24"/>
          <w:lang w:val="lv-LV"/>
        </w:rPr>
        <w:t>5</w:t>
      </w:r>
      <w:r w:rsidR="00000000" w:rsidRPr="00711AA1">
        <w:rPr>
          <w:rFonts w:cs="Times New Roman"/>
          <w:b/>
          <w:szCs w:val="24"/>
          <w:lang w:val="lv-LV"/>
        </w:rPr>
        <w:t>. Daudzdzīvokļu māju apsaimniekošanas iespējas.</w:t>
      </w:r>
    </w:p>
    <w:p w14:paraId="3540703A" w14:textId="77777777" w:rsidR="00D82315" w:rsidRPr="00711AA1" w:rsidRDefault="00000000" w:rsidP="00711AA1">
      <w:pPr>
        <w:spacing w:after="0"/>
        <w:jc w:val="both"/>
        <w:rPr>
          <w:rFonts w:cs="Times New Roman"/>
          <w:szCs w:val="24"/>
          <w:lang w:val="lv-LV"/>
        </w:rPr>
      </w:pPr>
      <w:r w:rsidRPr="00711AA1">
        <w:rPr>
          <w:rFonts w:cs="Times New Roman"/>
          <w:szCs w:val="24"/>
          <w:lang w:val="lv-LV"/>
        </w:rPr>
        <w:t>Padome informēja, ka ir sākusi interesēties par iespējām piesaistīt citu daudzdzīvokļu māju apsaimniekotāju.</w:t>
      </w:r>
    </w:p>
    <w:p w14:paraId="041E36CB" w14:textId="77777777" w:rsidR="00D82315" w:rsidRPr="00711AA1" w:rsidRDefault="00000000" w:rsidP="00711AA1">
      <w:pPr>
        <w:spacing w:after="0"/>
        <w:jc w:val="both"/>
        <w:rPr>
          <w:rFonts w:cs="Times New Roman"/>
          <w:szCs w:val="24"/>
          <w:lang w:val="lv-LV"/>
        </w:rPr>
      </w:pPr>
      <w:r w:rsidRPr="00711AA1">
        <w:rPr>
          <w:rFonts w:cs="Times New Roman"/>
          <w:szCs w:val="24"/>
          <w:lang w:val="lv-LV"/>
        </w:rPr>
        <w:t xml:space="preserve">Padomes rīcībā ir informācija par iespējamiem apsaimniekošanas risinājumiem, kuros apsaimniekošanas maksa orientējoši varētu būt ap 0,20–0,25 EUR/m² mēnesī. Tika uzsvērts, ka </w:t>
      </w:r>
      <w:r w:rsidRPr="00711AA1">
        <w:rPr>
          <w:rFonts w:cs="Times New Roman"/>
          <w:szCs w:val="24"/>
          <w:lang w:val="lv-LV"/>
        </w:rPr>
        <w:lastRenderedPageBreak/>
        <w:t>precīzas izmaksas un pakalpojumu apjoms ir atkarīgs no konkrētās mājas tehniskā stāvokļa, nepieciešamajiem pakalpojumiem un apsaimniekotāja piedāvājuma.</w:t>
      </w:r>
    </w:p>
    <w:p w14:paraId="08ACFE5F" w14:textId="77777777" w:rsidR="00711AA1" w:rsidRPr="00711AA1" w:rsidRDefault="00711AA1" w:rsidP="00711AA1">
      <w:pPr>
        <w:rPr>
          <w:rFonts w:cs="Times New Roman"/>
          <w:szCs w:val="24"/>
          <w:lang w:val="lv-LV"/>
        </w:rPr>
      </w:pPr>
      <w:r w:rsidRPr="00711AA1">
        <w:rPr>
          <w:rFonts w:cs="Times New Roman"/>
          <w:szCs w:val="24"/>
          <w:lang w:val="lv-LV"/>
        </w:rPr>
        <w:t>Tika pārrunāta iespēja uz kādu no nākamajām iedzīvotāju sapulcēm uzaicināt vienu vai vairākus apsaimniekošanas uzņēmumu pārstāvjus, lai iedzīvotāji varētu saņemt informāciju par pakalpojumu saturu, izmaksām un apsaimniekotāja maiņas kārtību.</w:t>
      </w:r>
    </w:p>
    <w:p w14:paraId="47EEFA0A" w14:textId="5C33F84D" w:rsidR="006019C5" w:rsidRPr="00711AA1" w:rsidRDefault="006019C5" w:rsidP="006019C5">
      <w:pPr>
        <w:rPr>
          <w:rFonts w:cs="Times New Roman"/>
          <w:b/>
          <w:bCs/>
          <w:szCs w:val="24"/>
          <w:lang w:val="lv-LV"/>
        </w:rPr>
      </w:pPr>
      <w:r w:rsidRPr="00711AA1">
        <w:rPr>
          <w:rFonts w:cs="Times New Roman"/>
          <w:b/>
          <w:bCs/>
          <w:szCs w:val="24"/>
          <w:lang w:val="lv-LV"/>
        </w:rPr>
        <w:t xml:space="preserve">Balsojums: PAR 5 (Vita Arbidāne, Aelita Pliskovska, Daiga Utāne, Jānis Vilciņš, Sandra Romāne) PRET nav, ATTURAS nav. </w:t>
      </w:r>
    </w:p>
    <w:p w14:paraId="32C512D4" w14:textId="088741AB" w:rsidR="00D82315" w:rsidRPr="00711AA1" w:rsidRDefault="00000000">
      <w:pPr>
        <w:spacing w:after="60"/>
        <w:rPr>
          <w:rFonts w:cs="Times New Roman"/>
          <w:szCs w:val="24"/>
          <w:lang w:val="lv-LV"/>
        </w:rPr>
      </w:pPr>
      <w:r w:rsidRPr="00711AA1">
        <w:rPr>
          <w:rFonts w:cs="Times New Roman"/>
          <w:b/>
          <w:szCs w:val="24"/>
          <w:lang w:val="lv-LV"/>
        </w:rPr>
        <w:t>NOLEMJ:</w:t>
      </w:r>
    </w:p>
    <w:p w14:paraId="0FF486EA" w14:textId="2D15E978" w:rsidR="006019C5" w:rsidRPr="00185E1E" w:rsidRDefault="00000000" w:rsidP="006019C5">
      <w:pPr>
        <w:spacing w:after="60"/>
        <w:rPr>
          <w:rFonts w:cs="Times New Roman"/>
          <w:i/>
          <w:iCs/>
          <w:szCs w:val="24"/>
          <w:lang w:val="lv-LV"/>
        </w:rPr>
      </w:pPr>
      <w:r w:rsidRPr="00185E1E">
        <w:rPr>
          <w:rFonts w:cs="Times New Roman"/>
          <w:i/>
          <w:iCs/>
          <w:szCs w:val="24"/>
          <w:lang w:val="lv-LV"/>
        </w:rPr>
        <w:t>1.</w:t>
      </w:r>
      <w:r w:rsidR="006019C5" w:rsidRPr="00185E1E">
        <w:rPr>
          <w:rFonts w:cs="Times New Roman"/>
          <w:i/>
          <w:iCs/>
          <w:szCs w:val="24"/>
          <w:lang w:val="lv-LV"/>
        </w:rPr>
        <w:t>Apzināt esošu situāciju ar māju apsaimniekošanu ciematā.</w:t>
      </w:r>
      <w:r w:rsidRPr="00185E1E">
        <w:rPr>
          <w:rFonts w:cs="Times New Roman"/>
          <w:i/>
          <w:iCs/>
          <w:szCs w:val="24"/>
          <w:lang w:val="lv-LV"/>
        </w:rPr>
        <w:t xml:space="preserve"> </w:t>
      </w:r>
    </w:p>
    <w:p w14:paraId="06013ADC" w14:textId="20CD58CD" w:rsidR="00D82315" w:rsidRPr="00185E1E" w:rsidRDefault="006019C5" w:rsidP="00711AA1">
      <w:pPr>
        <w:spacing w:after="120"/>
        <w:rPr>
          <w:rFonts w:cs="Times New Roman"/>
          <w:i/>
          <w:iCs/>
          <w:szCs w:val="24"/>
          <w:lang w:val="lv-LV"/>
        </w:rPr>
      </w:pPr>
      <w:r w:rsidRPr="00185E1E">
        <w:rPr>
          <w:rFonts w:cs="Times New Roman"/>
          <w:i/>
          <w:iCs/>
          <w:szCs w:val="24"/>
          <w:lang w:val="lv-LV"/>
        </w:rPr>
        <w:t>2.Organizēt atsevišķu tikšanos ar namu apsainiekotājiem un uzzināt alternatīvas.</w:t>
      </w:r>
    </w:p>
    <w:p w14:paraId="783BD080" w14:textId="0AA96043" w:rsidR="00D82315" w:rsidRPr="00711AA1" w:rsidRDefault="00185E1E" w:rsidP="006019C5">
      <w:pPr>
        <w:spacing w:after="100"/>
        <w:jc w:val="center"/>
        <w:rPr>
          <w:rFonts w:cs="Times New Roman"/>
          <w:szCs w:val="24"/>
          <w:lang w:val="lv-LV"/>
        </w:rPr>
      </w:pPr>
      <w:r>
        <w:rPr>
          <w:rFonts w:cs="Times New Roman"/>
          <w:b/>
          <w:szCs w:val="24"/>
          <w:lang w:val="lv-LV"/>
        </w:rPr>
        <w:t>6</w:t>
      </w:r>
      <w:r w:rsidR="00000000" w:rsidRPr="00711AA1">
        <w:rPr>
          <w:rFonts w:cs="Times New Roman"/>
          <w:b/>
          <w:szCs w:val="24"/>
          <w:lang w:val="lv-LV"/>
        </w:rPr>
        <w:t>. Pasākumi Vērēmu pagasta iedzīvotājiem.</w:t>
      </w:r>
    </w:p>
    <w:p w14:paraId="29BAC2C0" w14:textId="5A1F8E67" w:rsidR="00D82315" w:rsidRPr="00711AA1" w:rsidRDefault="00000000" w:rsidP="00711AA1">
      <w:pPr>
        <w:spacing w:after="0"/>
        <w:jc w:val="both"/>
        <w:rPr>
          <w:rFonts w:cs="Times New Roman"/>
          <w:szCs w:val="24"/>
          <w:lang w:val="lv-LV"/>
        </w:rPr>
      </w:pPr>
      <w:r w:rsidRPr="00711AA1">
        <w:rPr>
          <w:rFonts w:cs="Times New Roman"/>
          <w:szCs w:val="24"/>
          <w:lang w:val="lv-LV"/>
        </w:rPr>
        <w:t xml:space="preserve">Padome aicināja iedzīvotājus izteikt priekšlikumus par </w:t>
      </w:r>
      <w:r w:rsidR="00711AA1">
        <w:rPr>
          <w:rFonts w:cs="Times New Roman"/>
          <w:szCs w:val="24"/>
          <w:lang w:val="lv-LV"/>
        </w:rPr>
        <w:t xml:space="preserve">kultūras </w:t>
      </w:r>
      <w:r w:rsidRPr="00711AA1">
        <w:rPr>
          <w:rFonts w:cs="Times New Roman"/>
          <w:szCs w:val="24"/>
          <w:lang w:val="lv-LV"/>
        </w:rPr>
        <w:t>pasākumiem</w:t>
      </w:r>
      <w:r w:rsidR="00711AA1">
        <w:rPr>
          <w:rFonts w:cs="Times New Roman"/>
          <w:szCs w:val="24"/>
          <w:lang w:val="lv-LV"/>
        </w:rPr>
        <w:t>.</w:t>
      </w:r>
    </w:p>
    <w:p w14:paraId="7CCE0A27" w14:textId="77777777" w:rsidR="00D82315" w:rsidRPr="00711AA1" w:rsidRDefault="00000000" w:rsidP="00711AA1">
      <w:pPr>
        <w:spacing w:after="0"/>
        <w:jc w:val="both"/>
        <w:rPr>
          <w:rFonts w:cs="Times New Roman"/>
          <w:szCs w:val="24"/>
          <w:lang w:val="lv-LV"/>
        </w:rPr>
      </w:pPr>
      <w:r w:rsidRPr="00711AA1">
        <w:rPr>
          <w:rFonts w:cs="Times New Roman"/>
          <w:szCs w:val="24"/>
          <w:lang w:val="lv-LV"/>
        </w:rPr>
        <w:t>Kā iespējamie pasākumu veidi tika minēti senioru/pensionāru pasākums, 80. gadu disko vakars, ģimeņu pasākumi, sportiskas aktivitātes, tematiskie vakari un citi iedzīvotāju piedāvāti pasākumi.</w:t>
      </w:r>
    </w:p>
    <w:p w14:paraId="6100B9CC" w14:textId="366C54FA" w:rsidR="006019C5" w:rsidRPr="00711AA1" w:rsidRDefault="006019C5" w:rsidP="00711AA1">
      <w:pPr>
        <w:spacing w:after="0"/>
        <w:jc w:val="both"/>
        <w:rPr>
          <w:rFonts w:cs="Times New Roman"/>
          <w:szCs w:val="24"/>
          <w:lang w:val="lv-LV"/>
        </w:rPr>
      </w:pPr>
      <w:r w:rsidRPr="00711AA1">
        <w:rPr>
          <w:rFonts w:cs="Times New Roman"/>
          <w:szCs w:val="24"/>
          <w:lang w:val="lv-LV"/>
        </w:rPr>
        <w:t>Iedzīvotāji virzīja vairākas idejas:</w:t>
      </w:r>
    </w:p>
    <w:p w14:paraId="17635FD3" w14:textId="25A5FAB6" w:rsidR="005F40FC" w:rsidRPr="00711AA1" w:rsidRDefault="006019C5">
      <w:pPr>
        <w:spacing w:after="120"/>
        <w:rPr>
          <w:lang w:val="lv-LV"/>
        </w:rPr>
      </w:pPr>
      <w:r w:rsidRPr="00711AA1">
        <w:rPr>
          <w:rFonts w:cs="Times New Roman"/>
          <w:szCs w:val="24"/>
          <w:lang w:val="lv-LV"/>
        </w:rPr>
        <w:t>Muzikantu vakars</w:t>
      </w:r>
      <w:r w:rsidR="005F40FC" w:rsidRPr="00711AA1">
        <w:rPr>
          <w:rFonts w:cs="Times New Roman"/>
          <w:szCs w:val="24"/>
          <w:lang w:val="lv-LV"/>
        </w:rPr>
        <w:t xml:space="preserve">, Bērnu un jauniešu diskotēkas. </w:t>
      </w:r>
      <w:r w:rsidR="00711AA1" w:rsidRPr="00711AA1">
        <w:rPr>
          <w:lang w:val="lv-LV"/>
        </w:rPr>
        <w:t>Tika izteikts arī priekšlikums par atsevišķa kultūras pasākumu organizatora nepieciešamību Vērēmu pagastā.</w:t>
      </w:r>
    </w:p>
    <w:p w14:paraId="65DEF25D" w14:textId="77777777" w:rsidR="00711AA1" w:rsidRPr="00711AA1" w:rsidRDefault="00711AA1" w:rsidP="00711AA1">
      <w:pPr>
        <w:rPr>
          <w:rFonts w:cs="Times New Roman"/>
          <w:b/>
          <w:bCs/>
          <w:szCs w:val="24"/>
          <w:lang w:val="lv-LV"/>
        </w:rPr>
      </w:pPr>
      <w:r w:rsidRPr="00711AA1">
        <w:rPr>
          <w:rFonts w:cs="Times New Roman"/>
          <w:b/>
          <w:bCs/>
          <w:szCs w:val="24"/>
          <w:lang w:val="lv-LV"/>
        </w:rPr>
        <w:t xml:space="preserve">Balsojums: PAR 5 (Vita Arbidāne, Aelita Pliskovska, Daiga Utāne, Jānis Vilciņš, Sandra Romāne) PRET nav, ATTURAS nav. </w:t>
      </w:r>
    </w:p>
    <w:p w14:paraId="41D5A5F6" w14:textId="007772AE" w:rsidR="00D82315" w:rsidRPr="00711AA1" w:rsidRDefault="00000000">
      <w:pPr>
        <w:spacing w:after="60"/>
        <w:rPr>
          <w:rFonts w:cs="Times New Roman"/>
          <w:szCs w:val="24"/>
          <w:lang w:val="lv-LV"/>
        </w:rPr>
      </w:pPr>
      <w:r w:rsidRPr="00711AA1">
        <w:rPr>
          <w:rFonts w:cs="Times New Roman"/>
          <w:b/>
          <w:szCs w:val="24"/>
          <w:lang w:val="lv-LV"/>
        </w:rPr>
        <w:t>NOLEMJ</w:t>
      </w:r>
    </w:p>
    <w:p w14:paraId="3C4CB312" w14:textId="61269F4F" w:rsidR="00D82315" w:rsidRPr="00185E1E" w:rsidRDefault="00000000" w:rsidP="005F40FC">
      <w:pPr>
        <w:pStyle w:val="ListParagraph"/>
        <w:numPr>
          <w:ilvl w:val="0"/>
          <w:numId w:val="12"/>
        </w:numPr>
        <w:spacing w:after="60"/>
        <w:rPr>
          <w:rFonts w:cs="Times New Roman"/>
          <w:i/>
          <w:iCs/>
          <w:szCs w:val="24"/>
          <w:lang w:val="lv-LV"/>
        </w:rPr>
      </w:pPr>
      <w:r w:rsidRPr="00185E1E">
        <w:rPr>
          <w:rFonts w:cs="Times New Roman"/>
          <w:i/>
          <w:iCs/>
          <w:szCs w:val="24"/>
          <w:lang w:val="lv-LV"/>
        </w:rPr>
        <w:t>Ņemt iedzīvotāju priekšlikumus vērā, plānojot turpmākos Vērēmu pagasta pasākumus.</w:t>
      </w:r>
      <w:r w:rsidR="005F40FC" w:rsidRPr="00185E1E">
        <w:rPr>
          <w:rFonts w:cs="Times New Roman"/>
          <w:i/>
          <w:iCs/>
          <w:szCs w:val="24"/>
          <w:lang w:val="lv-LV"/>
        </w:rPr>
        <w:t xml:space="preserve"> Nodot informāciju Vērēmu pagasta tautas nama vadītājai.</w:t>
      </w:r>
    </w:p>
    <w:p w14:paraId="657E982C" w14:textId="2E40E049" w:rsidR="00D82315" w:rsidRPr="00185E1E" w:rsidRDefault="005F40FC" w:rsidP="00711AA1">
      <w:pPr>
        <w:pStyle w:val="ListParagraph"/>
        <w:numPr>
          <w:ilvl w:val="0"/>
          <w:numId w:val="12"/>
        </w:numPr>
        <w:spacing w:after="120"/>
        <w:rPr>
          <w:rFonts w:cs="Times New Roman"/>
          <w:i/>
          <w:iCs/>
          <w:szCs w:val="24"/>
          <w:lang w:val="lv-LV"/>
        </w:rPr>
      </w:pPr>
      <w:r w:rsidRPr="00185E1E">
        <w:rPr>
          <w:rFonts w:cs="Times New Roman"/>
          <w:i/>
          <w:iCs/>
          <w:szCs w:val="24"/>
          <w:lang w:val="lv-LV"/>
        </w:rPr>
        <w:t>Virzīt priekšlikumu par atsevišķu tautas nama vadītāu</w:t>
      </w:r>
      <w:r w:rsidR="00185E1E">
        <w:rPr>
          <w:rFonts w:cs="Times New Roman"/>
          <w:i/>
          <w:iCs/>
          <w:szCs w:val="24"/>
          <w:lang w:val="lv-LV"/>
        </w:rPr>
        <w:t>/</w:t>
      </w:r>
      <w:r w:rsidRPr="00185E1E">
        <w:rPr>
          <w:rFonts w:cs="Times New Roman"/>
          <w:i/>
          <w:iCs/>
          <w:szCs w:val="24"/>
          <w:lang w:val="lv-LV"/>
        </w:rPr>
        <w:t>kultūras pasākumu organizatoru Vērēmu pagastā.</w:t>
      </w:r>
    </w:p>
    <w:p w14:paraId="6046F570" w14:textId="1B3B9A04" w:rsidR="005F40FC" w:rsidRPr="00185E1E" w:rsidRDefault="00185E1E" w:rsidP="00185E1E">
      <w:pPr>
        <w:spacing w:after="60"/>
        <w:ind w:left="360"/>
        <w:jc w:val="center"/>
        <w:rPr>
          <w:rFonts w:cs="Times New Roman"/>
          <w:b/>
          <w:bCs/>
          <w:szCs w:val="24"/>
          <w:lang w:val="lv-LV"/>
        </w:rPr>
      </w:pPr>
      <w:r>
        <w:rPr>
          <w:rFonts w:cs="Times New Roman"/>
          <w:b/>
          <w:bCs/>
          <w:szCs w:val="24"/>
          <w:lang w:val="lv-LV"/>
        </w:rPr>
        <w:t>7.</w:t>
      </w:r>
      <w:r w:rsidR="005F40FC" w:rsidRPr="00185E1E">
        <w:rPr>
          <w:rFonts w:cs="Times New Roman"/>
          <w:b/>
          <w:bCs/>
          <w:szCs w:val="24"/>
          <w:lang w:val="lv-LV"/>
        </w:rPr>
        <w:t>Iedzīvotāju priekšlikumi un jautājumi</w:t>
      </w:r>
    </w:p>
    <w:p w14:paraId="78F932B7" w14:textId="77777777" w:rsidR="00711AA1" w:rsidRPr="00711AA1" w:rsidRDefault="00711AA1" w:rsidP="00711AA1">
      <w:pPr>
        <w:spacing w:after="0"/>
        <w:jc w:val="both"/>
        <w:rPr>
          <w:rFonts w:cs="Times New Roman"/>
          <w:szCs w:val="24"/>
          <w:lang w:val="lv-LV"/>
        </w:rPr>
      </w:pPr>
      <w:r w:rsidRPr="00711AA1">
        <w:rPr>
          <w:rFonts w:cs="Times New Roman"/>
          <w:szCs w:val="24"/>
          <w:lang w:val="lv-LV"/>
        </w:rPr>
        <w:t>Sapulces noslēgumā tika pārrunātas iedzīvotāju iesniegtās idejas un priekšlikumi Vērēmu pagasta attīstībai un dzīves vides uzlabošanai.</w:t>
      </w:r>
    </w:p>
    <w:p w14:paraId="0B1B9D21" w14:textId="77777777" w:rsidR="00711AA1" w:rsidRPr="00711AA1" w:rsidRDefault="00711AA1" w:rsidP="00711AA1">
      <w:pPr>
        <w:spacing w:after="0"/>
        <w:jc w:val="both"/>
        <w:rPr>
          <w:rFonts w:cs="Times New Roman"/>
          <w:szCs w:val="24"/>
          <w:lang w:val="lv-LV"/>
        </w:rPr>
      </w:pPr>
      <w:r w:rsidRPr="00711AA1">
        <w:rPr>
          <w:rFonts w:cs="Times New Roman"/>
          <w:szCs w:val="24"/>
          <w:lang w:val="lv-LV"/>
        </w:rPr>
        <w:t>Iedzīvotāji izteica šādus priekšlikumus un aktualizēja šādus jautājumus:</w:t>
      </w:r>
    </w:p>
    <w:p w14:paraId="3D67BE33" w14:textId="77777777" w:rsidR="00711AA1" w:rsidRPr="00711AA1" w:rsidRDefault="00711AA1" w:rsidP="00711AA1">
      <w:pPr>
        <w:numPr>
          <w:ilvl w:val="0"/>
          <w:numId w:val="14"/>
        </w:numPr>
        <w:spacing w:after="0"/>
        <w:jc w:val="both"/>
        <w:rPr>
          <w:rFonts w:cs="Times New Roman"/>
          <w:szCs w:val="24"/>
          <w:lang w:val="lv-LV"/>
        </w:rPr>
      </w:pPr>
      <w:r w:rsidRPr="00711AA1">
        <w:rPr>
          <w:rFonts w:cs="Times New Roman"/>
          <w:b/>
          <w:bCs/>
          <w:szCs w:val="24"/>
          <w:lang w:val="lv-LV"/>
        </w:rPr>
        <w:t>Videonovērošanas kameru izvietošana</w:t>
      </w:r>
      <w:r w:rsidRPr="00711AA1">
        <w:rPr>
          <w:rFonts w:cs="Times New Roman"/>
          <w:szCs w:val="24"/>
          <w:lang w:val="lv-LV"/>
        </w:rPr>
        <w:t xml:space="preserve"> pie Vērēmu pagasta bibliotēkas un Jauniešu centra ēkas, ņemot vērā atkārtotus gadījumus, kas saistīti ar atkritumu izmešanu un teritorijas piegružošanu.</w:t>
      </w:r>
    </w:p>
    <w:p w14:paraId="4FF881BE" w14:textId="77777777" w:rsidR="00711AA1" w:rsidRPr="00711AA1" w:rsidRDefault="00711AA1" w:rsidP="00711AA1">
      <w:pPr>
        <w:numPr>
          <w:ilvl w:val="0"/>
          <w:numId w:val="14"/>
        </w:numPr>
        <w:spacing w:after="0"/>
        <w:jc w:val="both"/>
        <w:rPr>
          <w:rFonts w:cs="Times New Roman"/>
          <w:szCs w:val="24"/>
          <w:lang w:val="lv-LV"/>
        </w:rPr>
      </w:pPr>
      <w:r w:rsidRPr="00711AA1">
        <w:rPr>
          <w:rFonts w:cs="Times New Roman"/>
          <w:b/>
          <w:bCs/>
          <w:szCs w:val="24"/>
          <w:lang w:val="lv-LV"/>
        </w:rPr>
        <w:t>Centralizētās kanalizācijas izveides iespējas</w:t>
      </w:r>
      <w:r w:rsidRPr="00711AA1">
        <w:rPr>
          <w:rFonts w:cs="Times New Roman"/>
          <w:szCs w:val="24"/>
          <w:lang w:val="lv-LV"/>
        </w:rPr>
        <w:t xml:space="preserve"> Centra ielā 1A, Sondoru–Šķēņevas ciemā.</w:t>
      </w:r>
    </w:p>
    <w:p w14:paraId="0B96405A" w14:textId="77777777" w:rsidR="00711AA1" w:rsidRPr="00711AA1" w:rsidRDefault="00711AA1" w:rsidP="00711AA1">
      <w:pPr>
        <w:numPr>
          <w:ilvl w:val="0"/>
          <w:numId w:val="14"/>
        </w:numPr>
        <w:spacing w:after="0"/>
        <w:jc w:val="both"/>
        <w:rPr>
          <w:rFonts w:cs="Times New Roman"/>
          <w:szCs w:val="24"/>
          <w:lang w:val="lv-LV"/>
        </w:rPr>
      </w:pPr>
      <w:r w:rsidRPr="00711AA1">
        <w:rPr>
          <w:rFonts w:cs="Times New Roman"/>
          <w:b/>
          <w:bCs/>
          <w:szCs w:val="24"/>
          <w:lang w:val="lv-LV"/>
        </w:rPr>
        <w:t>Informācijas aktualizēšana par ūdenssaimniecības pārbūves projekta virzību</w:t>
      </w:r>
      <w:r w:rsidRPr="00711AA1">
        <w:rPr>
          <w:rFonts w:cs="Times New Roman"/>
          <w:szCs w:val="24"/>
          <w:lang w:val="lv-LV"/>
        </w:rPr>
        <w:t>, informējot iedzīvotājus par projekta pašreizējo statusu un turpmākajiem plāniem.</w:t>
      </w:r>
    </w:p>
    <w:p w14:paraId="1E2F6682" w14:textId="77777777" w:rsidR="00711AA1" w:rsidRPr="00711AA1" w:rsidRDefault="00711AA1" w:rsidP="00711AA1">
      <w:pPr>
        <w:numPr>
          <w:ilvl w:val="0"/>
          <w:numId w:val="14"/>
        </w:numPr>
        <w:spacing w:after="0"/>
        <w:jc w:val="both"/>
        <w:rPr>
          <w:rFonts w:cs="Times New Roman"/>
          <w:szCs w:val="24"/>
          <w:lang w:val="lv-LV"/>
        </w:rPr>
      </w:pPr>
      <w:r w:rsidRPr="00711AA1">
        <w:rPr>
          <w:rFonts w:cs="Times New Roman"/>
          <w:b/>
          <w:bCs/>
          <w:szCs w:val="24"/>
          <w:lang w:val="lv-LV"/>
        </w:rPr>
        <w:t>Klaiņojošo kaķu problēmas risināšana</w:t>
      </w:r>
      <w:r w:rsidRPr="00711AA1">
        <w:rPr>
          <w:rFonts w:cs="Times New Roman"/>
          <w:szCs w:val="24"/>
          <w:lang w:val="lv-LV"/>
        </w:rPr>
        <w:t>, tostarp iespējas organizēt kaķu izķeršanu un sterilizāciju, kā arī izvērtēt kaķu mājas izveides iespēju.</w:t>
      </w:r>
    </w:p>
    <w:p w14:paraId="1B7C4A58" w14:textId="77777777" w:rsidR="00711AA1" w:rsidRPr="00711AA1" w:rsidRDefault="00711AA1" w:rsidP="00711AA1">
      <w:pPr>
        <w:numPr>
          <w:ilvl w:val="0"/>
          <w:numId w:val="14"/>
        </w:numPr>
        <w:spacing w:after="0"/>
        <w:jc w:val="both"/>
        <w:rPr>
          <w:rFonts w:cs="Times New Roman"/>
          <w:szCs w:val="24"/>
          <w:lang w:val="lv-LV"/>
        </w:rPr>
      </w:pPr>
      <w:r w:rsidRPr="00711AA1">
        <w:rPr>
          <w:rFonts w:cs="Times New Roman"/>
          <w:b/>
          <w:bCs/>
          <w:szCs w:val="24"/>
          <w:lang w:val="lv-LV"/>
        </w:rPr>
        <w:t>Gājēju celiņu infrastruktūras un apgaismojuma uzlabošana</w:t>
      </w:r>
      <w:r w:rsidRPr="00711AA1">
        <w:rPr>
          <w:rFonts w:cs="Times New Roman"/>
          <w:szCs w:val="24"/>
          <w:lang w:val="lv-LV"/>
        </w:rPr>
        <w:t xml:space="preserve"> pagasta teritorijā, izvērtējot esošo celiņu tehnisko stāvokli un nepieciešamos uzlabojumus.</w:t>
      </w:r>
    </w:p>
    <w:p w14:paraId="0A3CBF87" w14:textId="77777777" w:rsidR="00711AA1" w:rsidRPr="00711AA1" w:rsidRDefault="00711AA1" w:rsidP="00711AA1">
      <w:pPr>
        <w:numPr>
          <w:ilvl w:val="0"/>
          <w:numId w:val="14"/>
        </w:numPr>
        <w:spacing w:after="0"/>
        <w:jc w:val="both"/>
        <w:rPr>
          <w:rFonts w:cs="Times New Roman"/>
          <w:szCs w:val="24"/>
          <w:lang w:val="lv-LV"/>
        </w:rPr>
      </w:pPr>
      <w:r w:rsidRPr="00711AA1">
        <w:rPr>
          <w:rFonts w:cs="Times New Roman"/>
          <w:b/>
          <w:bCs/>
          <w:szCs w:val="24"/>
          <w:lang w:val="lv-LV"/>
        </w:rPr>
        <w:lastRenderedPageBreak/>
        <w:t>Tūrisma attīstība Vērēmu pagastā</w:t>
      </w:r>
      <w:r w:rsidRPr="00711AA1">
        <w:rPr>
          <w:rFonts w:cs="Times New Roman"/>
          <w:szCs w:val="24"/>
          <w:lang w:val="lv-LV"/>
        </w:rPr>
        <w:t>, tostarp iespējas attīstīt un popularizēt pagasta tūrisma potenciālu, apskates objektus un atpūtas iespējas.</w:t>
      </w:r>
    </w:p>
    <w:p w14:paraId="578C624D" w14:textId="77777777" w:rsidR="00711AA1" w:rsidRPr="00711AA1" w:rsidRDefault="00711AA1" w:rsidP="00711AA1">
      <w:pPr>
        <w:spacing w:after="120"/>
        <w:jc w:val="both"/>
        <w:rPr>
          <w:rFonts w:cs="Times New Roman"/>
          <w:szCs w:val="24"/>
          <w:lang w:val="lv-LV"/>
        </w:rPr>
      </w:pPr>
      <w:r w:rsidRPr="00711AA1">
        <w:rPr>
          <w:rFonts w:cs="Times New Roman"/>
          <w:szCs w:val="24"/>
          <w:lang w:val="lv-LV"/>
        </w:rPr>
        <w:t>Iedzīvotāju izteiktie priekšlikumi un jautājumi apkopojami un izvērtējami turpmākajā Vērēmu pagasta iedzīvotāju padomes darbā, nepieciešamības gadījumā tos virzot atbildīgajām institūcijām vai iekļaujot turpmāko padomes sēžu darba kārtībā.</w:t>
      </w:r>
    </w:p>
    <w:p w14:paraId="45BCE392" w14:textId="77777777" w:rsidR="00711AA1" w:rsidRPr="00711AA1" w:rsidRDefault="00711AA1" w:rsidP="00711AA1">
      <w:pPr>
        <w:rPr>
          <w:rFonts w:cs="Times New Roman"/>
          <w:b/>
          <w:bCs/>
          <w:szCs w:val="24"/>
          <w:lang w:val="lv-LV"/>
        </w:rPr>
      </w:pPr>
      <w:r w:rsidRPr="00711AA1">
        <w:rPr>
          <w:rFonts w:cs="Times New Roman"/>
          <w:b/>
          <w:bCs/>
          <w:szCs w:val="24"/>
          <w:lang w:val="lv-LV"/>
        </w:rPr>
        <w:t xml:space="preserve">Balsojums: PAR 5 (Vita Arbidāne, Aelita Pliskovska, Daiga Utāne, Jānis Vilciņš, Sandra Romāne) PRET nav, ATTURAS nav. </w:t>
      </w:r>
    </w:p>
    <w:p w14:paraId="7A733672" w14:textId="0F119A8B" w:rsidR="00711AA1" w:rsidRPr="00711AA1" w:rsidRDefault="00711AA1" w:rsidP="00711AA1">
      <w:pPr>
        <w:spacing w:after="60"/>
        <w:rPr>
          <w:rFonts w:cs="Times New Roman"/>
          <w:b/>
          <w:szCs w:val="24"/>
          <w:lang w:val="lv-LV"/>
        </w:rPr>
      </w:pPr>
      <w:r w:rsidRPr="00711AA1">
        <w:rPr>
          <w:rFonts w:cs="Times New Roman"/>
          <w:b/>
          <w:szCs w:val="24"/>
          <w:lang w:val="lv-LV"/>
        </w:rPr>
        <w:t>NOLEMJ</w:t>
      </w:r>
      <w:r w:rsidRPr="00711AA1">
        <w:rPr>
          <w:rFonts w:cs="Times New Roman"/>
          <w:b/>
          <w:szCs w:val="24"/>
          <w:lang w:val="lv-LV"/>
        </w:rPr>
        <w:t>:</w:t>
      </w:r>
    </w:p>
    <w:p w14:paraId="45C003B4" w14:textId="6400E1FE" w:rsidR="005F40FC" w:rsidRDefault="00711AA1" w:rsidP="00711AA1">
      <w:pPr>
        <w:pStyle w:val="ListParagraph"/>
        <w:numPr>
          <w:ilvl w:val="0"/>
          <w:numId w:val="15"/>
        </w:numPr>
        <w:spacing w:after="60"/>
        <w:rPr>
          <w:rFonts w:cs="Times New Roman"/>
          <w:i/>
          <w:iCs/>
          <w:szCs w:val="24"/>
          <w:lang w:val="lv-LV"/>
        </w:rPr>
      </w:pPr>
      <w:r w:rsidRPr="00185E1E">
        <w:rPr>
          <w:rFonts w:cs="Times New Roman"/>
          <w:i/>
          <w:iCs/>
          <w:szCs w:val="24"/>
          <w:lang w:val="lv-LV"/>
        </w:rPr>
        <w:t>Ņemt iedzīvotāju priekšlikumus vērā,</w:t>
      </w:r>
      <w:r w:rsidRPr="00185E1E">
        <w:rPr>
          <w:rFonts w:cs="Times New Roman"/>
          <w:i/>
          <w:iCs/>
          <w:szCs w:val="24"/>
          <w:lang w:val="lv-LV"/>
        </w:rPr>
        <w:t xml:space="preserve"> iesniegt atbilstošus priekšlikumus/iesniegumus atbildīgajām iestādēm.</w:t>
      </w:r>
    </w:p>
    <w:p w14:paraId="5E4B63B2" w14:textId="77777777" w:rsidR="00302014" w:rsidRDefault="00302014" w:rsidP="00302014">
      <w:pPr>
        <w:spacing w:after="60"/>
        <w:rPr>
          <w:rFonts w:cs="Times New Roman"/>
          <w:i/>
          <w:iCs/>
          <w:szCs w:val="24"/>
          <w:lang w:val="lv-LV"/>
        </w:rPr>
      </w:pPr>
    </w:p>
    <w:p w14:paraId="1C2A9C60" w14:textId="3EC19CE5" w:rsidR="00302014" w:rsidRDefault="00302014" w:rsidP="00302014">
      <w:pPr>
        <w:spacing w:after="60"/>
        <w:rPr>
          <w:rFonts w:cs="Times New Roman"/>
          <w:i/>
          <w:iCs/>
          <w:szCs w:val="24"/>
          <w:lang w:val="lv-LV"/>
        </w:rPr>
      </w:pPr>
      <w:r>
        <w:rPr>
          <w:rFonts w:cs="Times New Roman"/>
          <w:i/>
          <w:iCs/>
          <w:szCs w:val="24"/>
          <w:lang w:val="lv-LV"/>
        </w:rPr>
        <w:t>Pielikumā:</w:t>
      </w:r>
    </w:p>
    <w:p w14:paraId="17770BEC" w14:textId="666E06BF" w:rsidR="00302014" w:rsidRPr="00302014" w:rsidRDefault="00302014" w:rsidP="00302014">
      <w:pPr>
        <w:pStyle w:val="ListParagraph"/>
        <w:numPr>
          <w:ilvl w:val="0"/>
          <w:numId w:val="16"/>
        </w:numPr>
        <w:spacing w:after="60"/>
        <w:rPr>
          <w:rFonts w:cs="Times New Roman"/>
          <w:i/>
          <w:iCs/>
          <w:szCs w:val="24"/>
          <w:lang w:val="lv-LV"/>
        </w:rPr>
      </w:pPr>
      <w:r>
        <w:rPr>
          <w:rFonts w:cs="Times New Roman"/>
          <w:i/>
          <w:iCs/>
          <w:szCs w:val="24"/>
          <w:lang w:val="lv-LV"/>
        </w:rPr>
        <w:t>Dalībnieku reģistrācijas lapa uz 1 lp.</w:t>
      </w:r>
    </w:p>
    <w:p w14:paraId="475F4F05" w14:textId="77777777" w:rsidR="00302014" w:rsidRDefault="00302014">
      <w:pPr>
        <w:rPr>
          <w:rFonts w:cs="Times New Roman"/>
          <w:b/>
          <w:bCs/>
          <w:szCs w:val="24"/>
          <w:lang w:val="lv-LV"/>
        </w:rPr>
      </w:pPr>
    </w:p>
    <w:p w14:paraId="43937930" w14:textId="50FA92A8" w:rsidR="00711AA1" w:rsidRPr="00711AA1" w:rsidRDefault="00000000">
      <w:pPr>
        <w:rPr>
          <w:rFonts w:cs="Times New Roman"/>
          <w:b/>
          <w:bCs/>
          <w:szCs w:val="24"/>
          <w:lang w:val="lv-LV"/>
        </w:rPr>
      </w:pPr>
      <w:r w:rsidRPr="00711AA1">
        <w:rPr>
          <w:rFonts w:cs="Times New Roman"/>
          <w:b/>
          <w:bCs/>
          <w:szCs w:val="24"/>
          <w:lang w:val="lv-LV"/>
        </w:rPr>
        <w:t xml:space="preserve">Nākamās iedzīvotāju padomes sēdes sapulces datums: </w:t>
      </w:r>
      <w:r w:rsidR="00711AA1" w:rsidRPr="00711AA1">
        <w:rPr>
          <w:rFonts w:cs="Times New Roman"/>
          <w:b/>
          <w:bCs/>
          <w:szCs w:val="24"/>
          <w:lang w:val="lv-LV"/>
        </w:rPr>
        <w:t>29.oktobris.</w:t>
      </w:r>
    </w:p>
    <w:p w14:paraId="1CA4CDB2" w14:textId="5EE18402" w:rsidR="00D82315" w:rsidRPr="00711AA1" w:rsidRDefault="00000000">
      <w:pPr>
        <w:spacing w:after="240"/>
        <w:rPr>
          <w:rFonts w:cs="Times New Roman"/>
          <w:szCs w:val="24"/>
          <w:lang w:val="lv-LV"/>
        </w:rPr>
      </w:pPr>
      <w:r w:rsidRPr="00711AA1">
        <w:rPr>
          <w:rFonts w:cs="Times New Roman"/>
          <w:szCs w:val="24"/>
          <w:lang w:val="lv-LV"/>
        </w:rPr>
        <w:t xml:space="preserve">Sapulci slēdza plkst. </w:t>
      </w:r>
      <w:r w:rsidR="00711AA1" w:rsidRPr="00711AA1">
        <w:rPr>
          <w:rFonts w:cs="Times New Roman"/>
          <w:szCs w:val="24"/>
          <w:lang w:val="lv-LV"/>
        </w:rPr>
        <w:t>20:00</w:t>
      </w:r>
    </w:p>
    <w:p w14:paraId="7973E340" w14:textId="2532070B" w:rsidR="00D82315" w:rsidRPr="00711AA1" w:rsidRDefault="00000000">
      <w:pPr>
        <w:spacing w:after="60"/>
        <w:rPr>
          <w:rFonts w:cs="Times New Roman"/>
          <w:szCs w:val="24"/>
          <w:lang w:val="lv-LV"/>
        </w:rPr>
      </w:pPr>
      <w:r w:rsidRPr="00711AA1">
        <w:rPr>
          <w:rFonts w:cs="Times New Roman"/>
          <w:szCs w:val="24"/>
          <w:lang w:val="lv-LV"/>
        </w:rPr>
        <w:t xml:space="preserve">Sapulces vadītājs </w:t>
      </w:r>
      <w:r w:rsidR="00711AA1" w:rsidRPr="00711AA1">
        <w:rPr>
          <w:rFonts w:cs="Times New Roman"/>
          <w:szCs w:val="24"/>
          <w:lang w:val="lv-LV"/>
        </w:rPr>
        <w:t>Vita Arbidāne</w:t>
      </w:r>
    </w:p>
    <w:p w14:paraId="6DE21A4A" w14:textId="53F993DC" w:rsidR="00D82315" w:rsidRPr="00711AA1" w:rsidRDefault="00000000">
      <w:pPr>
        <w:spacing w:after="60"/>
        <w:rPr>
          <w:rFonts w:cs="Times New Roman"/>
          <w:szCs w:val="24"/>
          <w:lang w:val="lv-LV"/>
        </w:rPr>
      </w:pPr>
      <w:r w:rsidRPr="00711AA1">
        <w:rPr>
          <w:rFonts w:cs="Times New Roman"/>
          <w:szCs w:val="24"/>
          <w:lang w:val="lv-LV"/>
        </w:rPr>
        <w:t xml:space="preserve">Protokolētājs </w:t>
      </w:r>
      <w:r w:rsidR="00711AA1" w:rsidRPr="00711AA1">
        <w:rPr>
          <w:rFonts w:cs="Times New Roman"/>
          <w:szCs w:val="24"/>
          <w:lang w:val="lv-LV"/>
        </w:rPr>
        <w:t>Daiga Utāne</w:t>
      </w:r>
    </w:p>
    <w:p w14:paraId="24450E8A" w14:textId="77777777" w:rsidR="00711AA1" w:rsidRPr="00711AA1" w:rsidRDefault="00711AA1">
      <w:pPr>
        <w:spacing w:after="60"/>
        <w:rPr>
          <w:rFonts w:cs="Times New Roman"/>
          <w:szCs w:val="24"/>
          <w:lang w:val="lv-LV"/>
        </w:rPr>
      </w:pPr>
    </w:p>
    <w:p w14:paraId="57D88C8D" w14:textId="77777777" w:rsidR="00711AA1" w:rsidRPr="00711AA1" w:rsidRDefault="00711AA1">
      <w:pPr>
        <w:spacing w:after="60"/>
        <w:rPr>
          <w:rFonts w:cs="Times New Roman"/>
          <w:szCs w:val="24"/>
          <w:lang w:val="lv-LV"/>
        </w:rPr>
      </w:pPr>
    </w:p>
    <w:p w14:paraId="4F05673B" w14:textId="77777777" w:rsidR="00711AA1" w:rsidRPr="00711AA1" w:rsidRDefault="00711AA1">
      <w:pPr>
        <w:spacing w:after="60"/>
        <w:rPr>
          <w:rFonts w:cs="Times New Roman"/>
          <w:szCs w:val="24"/>
          <w:lang w:val="lv-LV"/>
        </w:rPr>
      </w:pPr>
    </w:p>
    <w:p w14:paraId="0F39308E" w14:textId="77777777" w:rsidR="00711AA1" w:rsidRPr="00711AA1" w:rsidRDefault="00711AA1">
      <w:pPr>
        <w:spacing w:after="60"/>
        <w:rPr>
          <w:rFonts w:cs="Times New Roman"/>
          <w:szCs w:val="24"/>
          <w:lang w:val="lv-LV"/>
        </w:rPr>
      </w:pPr>
    </w:p>
    <w:p w14:paraId="4BD78608" w14:textId="06860226" w:rsidR="00711AA1" w:rsidRPr="00711AA1" w:rsidRDefault="00711AA1" w:rsidP="00711AA1">
      <w:pPr>
        <w:spacing w:after="60"/>
        <w:jc w:val="center"/>
        <w:rPr>
          <w:rFonts w:cs="Times New Roman"/>
          <w:i/>
          <w:iCs/>
          <w:szCs w:val="24"/>
          <w:lang w:val="lv-LV"/>
        </w:rPr>
      </w:pPr>
      <w:r w:rsidRPr="00711AA1">
        <w:rPr>
          <w:rFonts w:cs="Times New Roman"/>
          <w:i/>
          <w:iCs/>
          <w:szCs w:val="24"/>
          <w:lang w:val="lv-LV"/>
        </w:rPr>
        <w:t>Dokuments parasktīts ar drošu elektronisko parakstu un satuir laika zīmogu.</w:t>
      </w:r>
    </w:p>
    <w:sectPr w:rsidR="00711AA1" w:rsidRPr="00711AA1"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73E27ED"/>
    <w:multiLevelType w:val="hybridMultilevel"/>
    <w:tmpl w:val="D61470A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53627D1"/>
    <w:multiLevelType w:val="hybridMultilevel"/>
    <w:tmpl w:val="931AD0C6"/>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FFE7AF4"/>
    <w:multiLevelType w:val="hybridMultilevel"/>
    <w:tmpl w:val="A600C6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D7D3F54"/>
    <w:multiLevelType w:val="hybridMultilevel"/>
    <w:tmpl w:val="A600C6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0AC64B1"/>
    <w:multiLevelType w:val="hybridMultilevel"/>
    <w:tmpl w:val="0E82DB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3F04C51"/>
    <w:multiLevelType w:val="hybridMultilevel"/>
    <w:tmpl w:val="8D08DE6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8DE4F6E"/>
    <w:multiLevelType w:val="multilevel"/>
    <w:tmpl w:val="D8DAE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89472258">
    <w:abstractNumId w:val="8"/>
  </w:num>
  <w:num w:numId="2" w16cid:durableId="1574856299">
    <w:abstractNumId w:val="6"/>
  </w:num>
  <w:num w:numId="3" w16cid:durableId="510873823">
    <w:abstractNumId w:val="5"/>
  </w:num>
  <w:num w:numId="4" w16cid:durableId="390810083">
    <w:abstractNumId w:val="4"/>
  </w:num>
  <w:num w:numId="5" w16cid:durableId="1052971433">
    <w:abstractNumId w:val="7"/>
  </w:num>
  <w:num w:numId="6" w16cid:durableId="4551959">
    <w:abstractNumId w:val="3"/>
  </w:num>
  <w:num w:numId="7" w16cid:durableId="1631015021">
    <w:abstractNumId w:val="2"/>
  </w:num>
  <w:num w:numId="8" w16cid:durableId="1648316669">
    <w:abstractNumId w:val="1"/>
  </w:num>
  <w:num w:numId="9" w16cid:durableId="147862193">
    <w:abstractNumId w:val="0"/>
  </w:num>
  <w:num w:numId="10" w16cid:durableId="1736200955">
    <w:abstractNumId w:val="9"/>
  </w:num>
  <w:num w:numId="11" w16cid:durableId="280840689">
    <w:abstractNumId w:val="13"/>
  </w:num>
  <w:num w:numId="12" w16cid:durableId="986932436">
    <w:abstractNumId w:val="11"/>
  </w:num>
  <w:num w:numId="13" w16cid:durableId="1059281700">
    <w:abstractNumId w:val="10"/>
  </w:num>
  <w:num w:numId="14" w16cid:durableId="1226454384">
    <w:abstractNumId w:val="15"/>
  </w:num>
  <w:num w:numId="15" w16cid:durableId="1191188448">
    <w:abstractNumId w:val="12"/>
  </w:num>
  <w:num w:numId="16" w16cid:durableId="43975850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8E6"/>
    <w:rsid w:val="00034616"/>
    <w:rsid w:val="0006063C"/>
    <w:rsid w:val="0015074B"/>
    <w:rsid w:val="00185E1E"/>
    <w:rsid w:val="001A6DF4"/>
    <w:rsid w:val="00264C6C"/>
    <w:rsid w:val="0029639D"/>
    <w:rsid w:val="00302014"/>
    <w:rsid w:val="00326F90"/>
    <w:rsid w:val="003623B7"/>
    <w:rsid w:val="005F40FC"/>
    <w:rsid w:val="006019C5"/>
    <w:rsid w:val="00711AA1"/>
    <w:rsid w:val="00AA1D8D"/>
    <w:rsid w:val="00B47730"/>
    <w:rsid w:val="00CB0664"/>
    <w:rsid w:val="00D823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BE6441"/>
  <w14:defaultImageDpi w14:val="300"/>
  <w15:docId w15:val="{7CCECD65-C613-4B15-AB89-4C35E7833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AA1"/>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711AA1"/>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4994</Words>
  <Characters>2848</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Daiga Utāne</cp:lastModifiedBy>
  <cp:revision>3</cp:revision>
  <dcterms:created xsi:type="dcterms:W3CDTF">2026-09-29T09:05:00Z</dcterms:created>
  <dcterms:modified xsi:type="dcterms:W3CDTF">2026-09-29T09:05:00Z</dcterms:modified>
  <cp:category/>
</cp:coreProperties>
</file>